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42532" w14:textId="77777777" w:rsidR="00D16D7E" w:rsidRDefault="00D16D7E">
      <w:pPr>
        <w:keepNext/>
        <w:spacing w:after="20" w:line="254" w:lineRule="auto"/>
        <w:jc w:val="center"/>
        <w:rPr>
          <w:b/>
          <w:color w:val="22262B"/>
          <w:sz w:val="30"/>
        </w:rPr>
      </w:pPr>
    </w:p>
    <w:p w14:paraId="0393C6E9" w14:textId="77777777" w:rsidR="004A072D" w:rsidRDefault="00000000">
      <w:pPr>
        <w:keepNext/>
        <w:spacing w:after="20" w:line="254" w:lineRule="auto"/>
        <w:jc w:val="center"/>
      </w:pPr>
      <w:r>
        <w:rPr>
          <w:b/>
          <w:color w:val="22262B"/>
          <w:sz w:val="30"/>
        </w:rPr>
        <w:t>“………………………..”</w:t>
      </w:r>
    </w:p>
    <w:p w14:paraId="574280A8" w14:textId="77777777" w:rsidR="004A072D" w:rsidRDefault="00000000">
      <w:pPr>
        <w:keepNext/>
        <w:spacing w:before="20" w:after="20" w:line="254" w:lineRule="auto"/>
        <w:jc w:val="center"/>
      </w:pPr>
      <w:r>
        <w:rPr>
          <w:b/>
          <w:color w:val="22262B"/>
          <w:sz w:val="26"/>
        </w:rPr>
        <w:t>SEMPOZYUMU</w:t>
      </w:r>
    </w:p>
    <w:p w14:paraId="2D4E86B9" w14:textId="77777777" w:rsidR="004A072D" w:rsidRDefault="00000000">
      <w:pPr>
        <w:keepNext/>
        <w:spacing w:before="20" w:after="60" w:line="254" w:lineRule="auto"/>
        <w:jc w:val="center"/>
      </w:pPr>
      <w:r>
        <w:rPr>
          <w:b/>
          <w:color w:val="BC4938"/>
          <w:sz w:val="26"/>
        </w:rPr>
        <w:t>SERGİ BAŞVURU VE BEYAN FORMU</w:t>
      </w:r>
    </w:p>
    <w:p w14:paraId="38932AF1" w14:textId="77777777" w:rsidR="004A072D" w:rsidRDefault="00000000">
      <w:pPr>
        <w:spacing w:before="80" w:after="80" w:line="240" w:lineRule="auto"/>
        <w:rPr>
          <w:color w:val="666666"/>
          <w:sz w:val="18"/>
        </w:rPr>
      </w:pPr>
      <w:r>
        <w:rPr>
          <w:b/>
          <w:color w:val="555555"/>
          <w:sz w:val="17"/>
        </w:rPr>
        <w:t xml:space="preserve">Not: </w:t>
      </w:r>
      <w:r>
        <w:rPr>
          <w:color w:val="555555"/>
          <w:sz w:val="17"/>
        </w:rPr>
        <w:t>Noktalı alana sempozyumun tam adı yazılmalıdır. Form doldurulup imzalanarak PDF biçiminde sisteme yüklenir. / Enter the full symposium name above. Complete, sign and upload this form as a PDF.</w:t>
      </w:r>
    </w:p>
    <w:p w14:paraId="2680DD98" w14:textId="77777777" w:rsidR="00D16D7E" w:rsidRDefault="00D16D7E">
      <w:pPr>
        <w:keepNext/>
        <w:keepLines/>
        <w:spacing w:before="180" w:after="80" w:line="240" w:lineRule="auto"/>
        <w:rPr>
          <w:b/>
          <w:color w:val="C45234"/>
          <w:sz w:val="22"/>
        </w:rPr>
      </w:pPr>
    </w:p>
    <w:p w14:paraId="00E34130" w14:textId="054E4384" w:rsidR="004A072D" w:rsidRDefault="00000000">
      <w:pPr>
        <w:keepNext/>
        <w:keepLines/>
        <w:spacing w:before="180" w:after="80" w:line="240" w:lineRule="auto"/>
      </w:pPr>
      <w:r>
        <w:rPr>
          <w:b/>
          <w:color w:val="C45234"/>
          <w:sz w:val="22"/>
        </w:rPr>
        <w:t>1. Başvuru Bilgileri / Submission Information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090"/>
        <w:gridCol w:w="5088"/>
      </w:tblGrid>
      <w:tr w:rsidR="00F16E81" w14:paraId="33E01B25" w14:textId="77777777">
        <w:trPr>
          <w:cantSplit/>
          <w:trHeight w:val="425"/>
          <w:jc w:val="center"/>
        </w:trPr>
        <w:tc>
          <w:tcPr>
            <w:tcW w:w="5156" w:type="dxa"/>
            <w:shd w:val="clear" w:color="auto" w:fill="F3F1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8758D" w14:textId="77777777" w:rsidR="00F16E81" w:rsidRDefault="00000000">
            <w:r>
              <w:rPr>
                <w:b/>
                <w:color w:val="17191C"/>
                <w:sz w:val="18"/>
              </w:rPr>
              <w:t>Başvuru Türü / Submission Type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D27505" w14:textId="77777777" w:rsidR="00F16E81" w:rsidRDefault="00F16E81">
            <w:r>
              <w:rPr>
                <w:i/>
                <w:color w:val="666666"/>
                <w:sz w:val="16"/>
              </w:rPr>
              <w:t>Dijital Sergi / Digital Exhibition</w:t>
            </w:r>
          </w:p>
        </w:tc>
      </w:tr>
      <w:tr w:rsidR="00F16E81" w14:paraId="6525D541" w14:textId="77777777">
        <w:trPr>
          <w:cantSplit/>
          <w:trHeight w:val="482"/>
          <w:jc w:val="center"/>
        </w:trPr>
        <w:tc>
          <w:tcPr>
            <w:tcW w:w="5156" w:type="dxa"/>
            <w:shd w:val="clear" w:color="auto" w:fill="F3F1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E1FD3" w14:textId="77777777" w:rsidR="00F16E81" w:rsidRDefault="00000000">
            <w:r>
              <w:rPr>
                <w:b/>
                <w:color w:val="17191C"/>
                <w:sz w:val="18"/>
              </w:rPr>
              <w:t>Ana Tema / Main Theme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7C321" w14:textId="77777777" w:rsidR="00F16E81" w:rsidRDefault="00F16E81">
            <w:r>
              <w:rPr>
                <w:i/>
                <w:color w:val="666666"/>
                <w:sz w:val="16"/>
              </w:rPr>
              <w:t>İlgili sempozyum temasını yazınız. / Enter the relevant symposium theme.</w:t>
            </w:r>
          </w:p>
        </w:tc>
      </w:tr>
      <w:tr w:rsidR="00F16E81" w14:paraId="0779E25B" w14:textId="77777777">
        <w:trPr>
          <w:cantSplit/>
          <w:trHeight w:val="482"/>
          <w:jc w:val="center"/>
        </w:trPr>
        <w:tc>
          <w:tcPr>
            <w:tcW w:w="5156" w:type="dxa"/>
            <w:shd w:val="clear" w:color="auto" w:fill="F3F1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2F9A6" w14:textId="77777777" w:rsidR="00F16E81" w:rsidRDefault="00000000">
            <w:r>
              <w:rPr>
                <w:b/>
                <w:color w:val="17191C"/>
                <w:sz w:val="18"/>
              </w:rPr>
              <w:t>Başvuru Kodu – Geliş – Karar Tarihi</w:t>
            </w:r>
            <w:r>
              <w:br/>
            </w:r>
            <w:r>
              <w:rPr>
                <w:b/>
                <w:color w:val="17191C"/>
                <w:sz w:val="18"/>
              </w:rPr>
              <w:t>Submission Code – Received – Decision Date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049BF" w14:textId="77777777" w:rsidR="00F16E81" w:rsidRDefault="00000000">
            <w:r>
              <w:rPr>
                <w:i/>
                <w:color w:val="666666"/>
                <w:sz w:val="16"/>
              </w:rPr>
              <w:t>Sekretarya tarafından doldurulur. / To be completed by the secretariat.</w:t>
            </w:r>
          </w:p>
        </w:tc>
      </w:tr>
    </w:tbl>
    <w:p w14:paraId="01629CF4" w14:textId="77777777" w:rsidR="00D16D7E" w:rsidRDefault="00D16D7E">
      <w:pPr>
        <w:keepNext/>
        <w:keepLines/>
        <w:spacing w:before="180" w:after="80" w:line="240" w:lineRule="auto"/>
        <w:rPr>
          <w:b/>
          <w:color w:val="C45234"/>
          <w:sz w:val="22"/>
        </w:rPr>
      </w:pPr>
    </w:p>
    <w:p w14:paraId="69ED78D9" w14:textId="38C1E45D" w:rsidR="004A072D" w:rsidRDefault="00000000">
      <w:pPr>
        <w:keepNext/>
        <w:keepLines/>
        <w:spacing w:before="180" w:after="80" w:line="240" w:lineRule="auto"/>
      </w:pPr>
      <w:r>
        <w:rPr>
          <w:b/>
          <w:color w:val="C45234"/>
          <w:sz w:val="22"/>
        </w:rPr>
        <w:t>2. Sanatçı Bilgileri / Artist Information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1"/>
        <w:gridCol w:w="2546"/>
        <w:gridCol w:w="2544"/>
      </w:tblGrid>
      <w:tr w:rsidR="00F16E81" w14:paraId="7746C273" w14:textId="77777777">
        <w:trPr>
          <w:cantSplit/>
          <w:jc w:val="center"/>
        </w:trPr>
        <w:tc>
          <w:tcPr>
            <w:tcW w:w="2578" w:type="dxa"/>
            <w:shd w:val="clear" w:color="auto" w:fill="3E43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21B16" w14:textId="77777777" w:rsidR="00F16E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Rol / Role</w:t>
            </w:r>
          </w:p>
        </w:tc>
        <w:tc>
          <w:tcPr>
            <w:tcW w:w="2578" w:type="dxa"/>
            <w:shd w:val="clear" w:color="auto" w:fill="3E43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5F74E" w14:textId="77777777" w:rsidR="00F16E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Unvan, Ad Soyad</w:t>
            </w:r>
            <w:r>
              <w:br/>
            </w:r>
            <w:r>
              <w:rPr>
                <w:b/>
                <w:color w:val="FFFFFF"/>
                <w:sz w:val="16"/>
              </w:rPr>
              <w:t>Title, Full Name</w:t>
            </w:r>
          </w:p>
        </w:tc>
        <w:tc>
          <w:tcPr>
            <w:tcW w:w="2578" w:type="dxa"/>
            <w:shd w:val="clear" w:color="auto" w:fill="3E43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D3CC9" w14:textId="77777777" w:rsidR="00F16E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Kurum / Institution</w:t>
            </w:r>
          </w:p>
        </w:tc>
        <w:tc>
          <w:tcPr>
            <w:tcW w:w="2578" w:type="dxa"/>
            <w:shd w:val="clear" w:color="auto" w:fill="3E43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1AF81" w14:textId="77777777" w:rsidR="00F16E8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E-posta, Cep Telefonu</w:t>
            </w:r>
            <w:r>
              <w:br/>
            </w:r>
            <w:r>
              <w:rPr>
                <w:b/>
                <w:color w:val="FFFFFF"/>
                <w:sz w:val="16"/>
              </w:rPr>
              <w:t>Email, Mobile</w:t>
            </w:r>
          </w:p>
        </w:tc>
      </w:tr>
      <w:tr w:rsidR="00F16E81" w14:paraId="54E91615" w14:textId="77777777">
        <w:trPr>
          <w:cantSplit/>
          <w:jc w:val="center"/>
        </w:trPr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EBDC5" w14:textId="77777777" w:rsidR="00F16E81" w:rsidRDefault="00000000">
            <w:r>
              <w:rPr>
                <w:b/>
                <w:color w:val="17191C"/>
                <w:sz w:val="16"/>
              </w:rPr>
              <w:t>Başvuru Sahibi / Sanatçı</w:t>
            </w:r>
            <w:r>
              <w:br/>
            </w:r>
            <w:r>
              <w:rPr>
                <w:b/>
                <w:color w:val="17191C"/>
                <w:sz w:val="16"/>
              </w:rPr>
              <w:t>Applicant / Artist</w:t>
            </w:r>
          </w:p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3227C" w14:textId="77777777" w:rsidR="00F16E81" w:rsidRDefault="00F16E81"/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AEA285" w14:textId="77777777" w:rsidR="00F16E81" w:rsidRDefault="00F16E81"/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9DC05B" w14:textId="77777777" w:rsidR="00F16E81" w:rsidRDefault="00000000">
            <w:r>
              <w:rPr>
                <w:i/>
                <w:color w:val="666666"/>
                <w:sz w:val="16"/>
              </w:rPr>
              <w:t>Cep telefonu ülke koduyla.</w:t>
            </w:r>
            <w:r>
              <w:br/>
            </w:r>
            <w:r>
              <w:rPr>
                <w:i/>
                <w:color w:val="666666"/>
                <w:sz w:val="16"/>
              </w:rPr>
              <w:t>Include country code.</w:t>
            </w:r>
          </w:p>
        </w:tc>
      </w:tr>
      <w:tr w:rsidR="00F16E81" w14:paraId="0D709C25" w14:textId="77777777">
        <w:trPr>
          <w:cantSplit/>
          <w:jc w:val="center"/>
        </w:trPr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11839" w14:textId="77777777" w:rsidR="00F16E81" w:rsidRDefault="00000000">
            <w:r>
              <w:rPr>
                <w:color w:val="17191C"/>
                <w:sz w:val="16"/>
              </w:rPr>
              <w:t>2. Sanatçı / Ortak Üretici</w:t>
            </w:r>
            <w:r>
              <w:br/>
            </w:r>
            <w:r>
              <w:rPr>
                <w:color w:val="17191C"/>
                <w:sz w:val="16"/>
              </w:rPr>
              <w:t>2nd Artist / Collaborator</w:t>
            </w:r>
          </w:p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AE818" w14:textId="77777777" w:rsidR="00F16E81" w:rsidRDefault="00F16E81"/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6D310" w14:textId="77777777" w:rsidR="00F16E81" w:rsidRDefault="00F16E81"/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BC77C" w14:textId="77777777" w:rsidR="00F16E81" w:rsidRDefault="00F16E81"/>
        </w:tc>
      </w:tr>
      <w:tr w:rsidR="00F16E81" w14:paraId="0632855D" w14:textId="77777777">
        <w:trPr>
          <w:cantSplit/>
          <w:jc w:val="center"/>
        </w:trPr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2DE7B" w14:textId="77777777" w:rsidR="00F16E81" w:rsidRDefault="00000000">
            <w:r>
              <w:rPr>
                <w:color w:val="17191C"/>
                <w:sz w:val="16"/>
              </w:rPr>
              <w:t>Diğer Sanatçılar</w:t>
            </w:r>
            <w:r>
              <w:br/>
            </w:r>
            <w:r>
              <w:rPr>
                <w:color w:val="17191C"/>
                <w:sz w:val="16"/>
              </w:rPr>
              <w:t>Additional Artists</w:t>
            </w:r>
          </w:p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DEC03" w14:textId="77777777" w:rsidR="00F16E81" w:rsidRDefault="00F16E81"/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410AF" w14:textId="77777777" w:rsidR="00F16E81" w:rsidRDefault="00F16E81"/>
        </w:tc>
        <w:tc>
          <w:tcPr>
            <w:tcW w:w="257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0E6C9" w14:textId="77777777" w:rsidR="00F16E81" w:rsidRDefault="00F16E81"/>
        </w:tc>
      </w:tr>
    </w:tbl>
    <w:p w14:paraId="5B32FA2E" w14:textId="77777777" w:rsidR="004A072D" w:rsidRDefault="00000000">
      <w:pPr>
        <w:spacing w:before="80" w:after="80" w:line="240" w:lineRule="auto"/>
        <w:rPr>
          <w:color w:val="666666"/>
          <w:sz w:val="18"/>
        </w:rPr>
      </w:pPr>
      <w:r>
        <w:rPr>
          <w:b/>
          <w:color w:val="555555"/>
          <w:sz w:val="17"/>
        </w:rPr>
        <w:t xml:space="preserve">Açıklama: </w:t>
      </w:r>
      <w:r>
        <w:rPr>
          <w:color w:val="555555"/>
          <w:sz w:val="17"/>
        </w:rPr>
        <w:t>Ortak eserlerde tüm hak sahipleri belirtilmelidir. Başvuru sahibinin cep telefonu yalnızca başvuru iletişimi için kullanılır. / Identify all co-creators and rights holders. The applicant’s mobile number is for application correspondence only.</w:t>
      </w:r>
    </w:p>
    <w:p w14:paraId="1487B67D" w14:textId="77777777" w:rsidR="00D16D7E" w:rsidRDefault="00D16D7E">
      <w:pPr>
        <w:keepNext/>
        <w:keepLines/>
        <w:spacing w:before="180" w:after="80" w:line="240" w:lineRule="auto"/>
        <w:rPr>
          <w:b/>
          <w:color w:val="C45234"/>
          <w:sz w:val="22"/>
        </w:rPr>
      </w:pPr>
    </w:p>
    <w:p w14:paraId="4DB495CB" w14:textId="3F2BF5F6" w:rsidR="004A072D" w:rsidRDefault="00000000">
      <w:pPr>
        <w:keepNext/>
        <w:keepLines/>
        <w:spacing w:before="180" w:after="80" w:line="240" w:lineRule="auto"/>
      </w:pPr>
      <w:r>
        <w:rPr>
          <w:b/>
          <w:color w:val="C45234"/>
          <w:sz w:val="22"/>
        </w:rPr>
        <w:t>3. Zorunlu Beyanlar / Mandatory Declarations</w:t>
      </w:r>
    </w:p>
    <w:p w14:paraId="23E379D8" w14:textId="77777777" w:rsidR="004A072D" w:rsidRDefault="00000000">
      <w:pPr>
        <w:spacing w:after="40" w:line="240" w:lineRule="auto"/>
      </w:pPr>
      <w:sdt>
        <w:sdtPr>
          <w:alias w:val="Onay kutusu 01"/>
          <w:tag w:val="STA_CHECK_01"/>
          <w:id w:val="150000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7"/>
            </w:rPr>
            <w:t>☐</w:t>
          </w:r>
        </w:sdtContent>
      </w:sdt>
      <w:r>
        <w:rPr>
          <w:color w:val="000000"/>
          <w:sz w:val="17"/>
        </w:rPr>
        <w:t xml:space="preserve"> Eserin özgün olduğunu; belirtilen sanatçıların katkılarının doğru ve eksiksiz bildirildiğini beyan ederim. / I declare that the artwork is original and all creators and contributions are accurately credited.</w:t>
      </w:r>
    </w:p>
    <w:p w14:paraId="68C618ED" w14:textId="77777777" w:rsidR="004A072D" w:rsidRDefault="00000000">
      <w:pPr>
        <w:spacing w:after="40" w:line="240" w:lineRule="auto"/>
      </w:pPr>
      <w:sdt>
        <w:sdtPr>
          <w:alias w:val="Onay kutusu 02"/>
          <w:tag w:val="STA_CHECK_02"/>
          <w:id w:val="150000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7"/>
            </w:rPr>
            <w:t>☐</w:t>
          </w:r>
        </w:sdtContent>
      </w:sdt>
      <w:r>
        <w:rPr>
          <w:color w:val="000000"/>
          <w:sz w:val="17"/>
        </w:rPr>
        <w:t xml:space="preserve"> Eserde kullanılan görsel, ses, yazı, yazılım, hazır 3B model ve diğer üçüncü taraf içerikler için gerekli izinlerin alındığını veya kullanımın hukuka uygun olduğunu beyan ederim. / I confirm that third-party images, audio, texts, software, 3D assets and other materials are properly licensed or lawfully used.</w:t>
      </w:r>
    </w:p>
    <w:p w14:paraId="12B7248D" w14:textId="77777777" w:rsidR="004A072D" w:rsidRDefault="00000000">
      <w:pPr>
        <w:spacing w:after="40" w:line="240" w:lineRule="auto"/>
      </w:pPr>
      <w:sdt>
        <w:sdtPr>
          <w:alias w:val="Onay kutusu 03"/>
          <w:tag w:val="STA_CHECK_03"/>
          <w:id w:val="150000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7"/>
            </w:rPr>
            <w:t>☐</w:t>
          </w:r>
        </w:sdtContent>
      </w:sdt>
      <w:r>
        <w:rPr>
          <w:color w:val="000000"/>
          <w:sz w:val="17"/>
        </w:rPr>
        <w:t xml:space="preserve"> Eserde tanınabilir kişiler veya kişisel veriler varsa gerekli bilgilendirme ve izinlerin sağlandığını; eser içeriğinin üçüncü kişilerin haklarını ihlal etmediğini beyan ederim. / Where the artwork contains identifiable individuals or personal data, I confirm that necessary notices and permissions are in place and third-party rights are respected.</w:t>
      </w:r>
    </w:p>
    <w:p w14:paraId="1701F0A5" w14:textId="77777777" w:rsidR="004A072D" w:rsidRDefault="00000000">
      <w:pPr>
        <w:spacing w:after="40" w:line="240" w:lineRule="auto"/>
      </w:pPr>
      <w:sdt>
        <w:sdtPr>
          <w:alias w:val="Onay kutusu 04"/>
          <w:tag w:val="STA_CHECK_04"/>
          <w:id w:val="150000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7"/>
            </w:rPr>
            <w:t>☐</w:t>
          </w:r>
        </w:sdtContent>
      </w:sdt>
      <w:r>
        <w:rPr>
          <w:color w:val="000000"/>
          <w:sz w:val="17"/>
        </w:rPr>
        <w:t xml:space="preserve"> Çıkar çatışması, destek, gerekli kurumsal/etik izinler ve yapay zekâ kullanımına ilişkin açıklamaları doğru olarak sunduğumu beyan ederim. / I confirm that all relevant conflicts, funding, institutional/ethics permissions and AI use have been disclosed accurately.</w:t>
      </w:r>
    </w:p>
    <w:p w14:paraId="40799EFE" w14:textId="77777777" w:rsidR="004A072D" w:rsidRDefault="00000000">
      <w:pPr>
        <w:spacing w:after="40" w:line="240" w:lineRule="auto"/>
      </w:pPr>
      <w:sdt>
        <w:sdtPr>
          <w:alias w:val="Onay kutusu 05"/>
          <w:tag w:val="STA_CHECK_05"/>
          <w:id w:val="150000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7"/>
            </w:rPr>
            <w:t>☐</w:t>
          </w:r>
        </w:sdtContent>
      </w:sdt>
      <w:r>
        <w:rPr>
          <w:color w:val="000000"/>
          <w:sz w:val="17"/>
        </w:rPr>
        <w:t xml:space="preserve"> Diğer hak sahiplerinin başvurudan haberdar olduğunu ve gerekli yetkilendirmeyi aldığımı; KVKK Aydınlatma Metnini okuduğumu beyan ederim. / I confirm that other rights holders have been informed and have authorised this submission, and that I have read the privacy notice.</w:t>
      </w:r>
    </w:p>
    <w:p w14:paraId="14D540D4" w14:textId="77777777" w:rsidR="004A072D" w:rsidRDefault="00000000">
      <w:pPr>
        <w:keepNext/>
        <w:keepLines/>
        <w:pageBreakBefore/>
        <w:spacing w:before="180" w:after="80" w:line="240" w:lineRule="auto"/>
      </w:pPr>
      <w:r>
        <w:rPr>
          <w:b/>
          <w:color w:val="C45234"/>
          <w:sz w:val="22"/>
        </w:rPr>
        <w:lastRenderedPageBreak/>
        <w:t>4. Açıklama Alanları / Disclosure Fields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085"/>
        <w:gridCol w:w="5093"/>
      </w:tblGrid>
      <w:tr w:rsidR="00F16E81" w14:paraId="28058ACE" w14:textId="77777777">
        <w:trPr>
          <w:cantSplit/>
          <w:trHeight w:val="879"/>
          <w:jc w:val="center"/>
        </w:trPr>
        <w:tc>
          <w:tcPr>
            <w:tcW w:w="5156" w:type="dxa"/>
            <w:shd w:val="clear" w:color="auto" w:fill="F3F1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4D497" w14:textId="77777777" w:rsidR="00F16E81" w:rsidRDefault="00000000">
            <w:r>
              <w:rPr>
                <w:b/>
                <w:color w:val="17191C"/>
                <w:sz w:val="16"/>
              </w:rPr>
              <w:t>Çıkar Çatışması</w:t>
            </w:r>
            <w:r>
              <w:br/>
            </w:r>
            <w:r>
              <w:rPr>
                <w:b/>
                <w:color w:val="17191C"/>
                <w:sz w:val="16"/>
              </w:rPr>
              <w:t>Conflict of Interest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FC7AF3" w14:textId="77777777" w:rsidR="00F16E81" w:rsidRDefault="00000000">
            <w:r>
              <w:rPr>
                <w:color w:val="666666"/>
                <w:sz w:val="16"/>
              </w:rPr>
              <w:t>Çıkar çatışması yoktur. Varsa kişi, kurum ve ilişkiyi açıklayınız.</w:t>
            </w:r>
            <w:r>
              <w:br/>
            </w:r>
            <w:r>
              <w:rPr>
                <w:color w:val="666666"/>
                <w:sz w:val="16"/>
              </w:rPr>
              <w:t>No conflict of interest. If applicable, describe the parties and relationship.</w:t>
            </w:r>
          </w:p>
        </w:tc>
      </w:tr>
      <w:tr w:rsidR="00F16E81" w14:paraId="2C474BB8" w14:textId="77777777">
        <w:trPr>
          <w:cantSplit/>
          <w:trHeight w:val="879"/>
          <w:jc w:val="center"/>
        </w:trPr>
        <w:tc>
          <w:tcPr>
            <w:tcW w:w="5156" w:type="dxa"/>
            <w:shd w:val="clear" w:color="auto" w:fill="F3F1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AAC218" w14:textId="77777777" w:rsidR="00F16E81" w:rsidRDefault="00000000">
            <w:r>
              <w:rPr>
                <w:b/>
                <w:color w:val="17191C"/>
                <w:sz w:val="16"/>
              </w:rPr>
              <w:t>Finansman / Destek</w:t>
            </w:r>
            <w:r>
              <w:br/>
            </w:r>
            <w:r>
              <w:rPr>
                <w:b/>
                <w:color w:val="17191C"/>
                <w:sz w:val="16"/>
              </w:rPr>
              <w:t>Funding / Support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51AF0" w14:textId="77777777" w:rsidR="00F16E81" w:rsidRDefault="00000000">
            <w:r>
              <w:rPr>
                <w:color w:val="666666"/>
                <w:sz w:val="16"/>
              </w:rPr>
              <w:t>Bu eser için finansal destek alınmamıştır. Varsa kuruluş ve destek türünü belirtiniz.</w:t>
            </w:r>
            <w:r>
              <w:br/>
            </w:r>
            <w:r>
              <w:rPr>
                <w:color w:val="666666"/>
                <w:sz w:val="16"/>
              </w:rPr>
              <w:t>No financial support was received. If applicable, identify the supporter and support type.</w:t>
            </w:r>
          </w:p>
        </w:tc>
      </w:tr>
      <w:tr w:rsidR="00F16E81" w14:paraId="5F8EC426" w14:textId="77777777">
        <w:trPr>
          <w:cantSplit/>
          <w:trHeight w:val="879"/>
          <w:jc w:val="center"/>
        </w:trPr>
        <w:tc>
          <w:tcPr>
            <w:tcW w:w="5156" w:type="dxa"/>
            <w:shd w:val="clear" w:color="auto" w:fill="F3F1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0A64A" w14:textId="77777777" w:rsidR="00F16E81" w:rsidRDefault="00000000">
            <w:r>
              <w:rPr>
                <w:b/>
                <w:color w:val="17191C"/>
                <w:sz w:val="16"/>
              </w:rPr>
              <w:t>Etik / Kurumsal İzinler</w:t>
            </w:r>
            <w:r>
              <w:br/>
            </w:r>
            <w:r>
              <w:rPr>
                <w:b/>
                <w:color w:val="17191C"/>
                <w:sz w:val="16"/>
              </w:rPr>
              <w:t>Ethics / Institutional Permissions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68338F" w14:textId="77777777" w:rsidR="00F16E81" w:rsidRDefault="00000000">
            <w:r>
              <w:rPr>
                <w:color w:val="666666"/>
                <w:sz w:val="16"/>
              </w:rPr>
              <w:t>İlgili izin gerekmemektedir. Gerekiyorsa kurum/kurul adı, tarih ve izin numarası yazınız.</w:t>
            </w:r>
            <w:r>
              <w:br/>
            </w:r>
            <w:r>
              <w:rPr>
                <w:color w:val="666666"/>
                <w:sz w:val="16"/>
              </w:rPr>
              <w:t>No relevant permission is required. If applicable, state the body, date and approval number.</w:t>
            </w:r>
          </w:p>
        </w:tc>
      </w:tr>
      <w:tr w:rsidR="00F16E81" w14:paraId="59AE98C1" w14:textId="77777777">
        <w:trPr>
          <w:cantSplit/>
          <w:trHeight w:val="879"/>
          <w:jc w:val="center"/>
        </w:trPr>
        <w:tc>
          <w:tcPr>
            <w:tcW w:w="5156" w:type="dxa"/>
            <w:shd w:val="clear" w:color="auto" w:fill="F3F1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7BF6C" w14:textId="77777777" w:rsidR="00F16E81" w:rsidRDefault="00000000">
            <w:r>
              <w:rPr>
                <w:b/>
                <w:color w:val="17191C"/>
                <w:sz w:val="16"/>
              </w:rPr>
              <w:t>Yapay Zekâ Kullanımı</w:t>
            </w:r>
            <w:r>
              <w:br/>
            </w:r>
            <w:r>
              <w:rPr>
                <w:b/>
                <w:color w:val="17191C"/>
                <w:sz w:val="16"/>
              </w:rPr>
              <w:t>AI Use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74F00" w14:textId="77777777" w:rsidR="00F16E81" w:rsidRDefault="00000000">
            <w:r>
              <w:rPr>
                <w:color w:val="666666"/>
                <w:sz w:val="16"/>
              </w:rPr>
              <w:t>Üretken yapay zekâ kullanılmamıştır. Kullanıldıysa araç, sürüm, amaç ve insan katkısını belirtiniz.</w:t>
            </w:r>
            <w:r>
              <w:br/>
            </w:r>
            <w:r>
              <w:rPr>
                <w:color w:val="666666"/>
                <w:sz w:val="16"/>
              </w:rPr>
              <w:t>No generative AI was used. If used, specify the tool, version, purpose and human contribution.</w:t>
            </w:r>
          </w:p>
        </w:tc>
      </w:tr>
      <w:tr w:rsidR="00F16E81" w14:paraId="68A9C078" w14:textId="77777777">
        <w:trPr>
          <w:cantSplit/>
          <w:trHeight w:val="879"/>
          <w:jc w:val="center"/>
        </w:trPr>
        <w:tc>
          <w:tcPr>
            <w:tcW w:w="5156" w:type="dxa"/>
            <w:shd w:val="clear" w:color="auto" w:fill="F3F1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70838" w14:textId="77777777" w:rsidR="00F16E81" w:rsidRDefault="00000000">
            <w:r>
              <w:rPr>
                <w:b/>
                <w:color w:val="17191C"/>
                <w:sz w:val="16"/>
              </w:rPr>
              <w:t>Üçüncü Taraf Materyaller</w:t>
            </w:r>
            <w:r>
              <w:br/>
            </w:r>
            <w:r>
              <w:rPr>
                <w:b/>
                <w:color w:val="17191C"/>
                <w:sz w:val="16"/>
              </w:rPr>
              <w:t>Third-party Materials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31998" w14:textId="77777777" w:rsidR="00F16E81" w:rsidRDefault="00000000">
            <w:r>
              <w:rPr>
                <w:color w:val="666666"/>
                <w:sz w:val="16"/>
              </w:rPr>
              <w:t>Üçüncü taraf materyal kullanılmamıştır. Varsa kaynak, hak sahibi, lisans/izin bilgisini belirtiniz.</w:t>
            </w:r>
            <w:r>
              <w:br/>
            </w:r>
            <w:r>
              <w:rPr>
                <w:color w:val="666666"/>
                <w:sz w:val="16"/>
              </w:rPr>
              <w:t>No third-party materials were used. If used, identify the source, rights holder and licence/permission.</w:t>
            </w:r>
          </w:p>
        </w:tc>
      </w:tr>
    </w:tbl>
    <w:p w14:paraId="5349BD25" w14:textId="77777777" w:rsidR="004A072D" w:rsidRDefault="00000000">
      <w:pPr>
        <w:spacing w:before="80" w:after="80" w:line="240" w:lineRule="auto"/>
        <w:rPr>
          <w:color w:val="666666"/>
          <w:sz w:val="18"/>
        </w:rPr>
      </w:pPr>
      <w:r>
        <w:rPr>
          <w:b/>
          <w:color w:val="555555"/>
          <w:sz w:val="17"/>
        </w:rPr>
        <w:t xml:space="preserve">Yönerge: </w:t>
      </w:r>
      <w:r>
        <w:rPr>
          <w:color w:val="555555"/>
          <w:sz w:val="17"/>
        </w:rPr>
        <w:t>Yukarıdaki örnek beyanları durumunuza göre değiştiriniz; gerçeğe aykırı ifadeleri bırakmayınız. / Edit the sample statements to reflect your circumstances; do not retain inaccurate declarations.</w:t>
      </w:r>
    </w:p>
    <w:p w14:paraId="39529837" w14:textId="77777777" w:rsidR="00D16D7E" w:rsidRDefault="00D16D7E">
      <w:pPr>
        <w:keepNext/>
        <w:keepLines/>
        <w:spacing w:before="180" w:after="80" w:line="240" w:lineRule="auto"/>
        <w:rPr>
          <w:b/>
          <w:color w:val="C45234"/>
          <w:sz w:val="22"/>
        </w:rPr>
      </w:pPr>
    </w:p>
    <w:p w14:paraId="4EEA1074" w14:textId="3570895E" w:rsidR="004A072D" w:rsidRDefault="00000000">
      <w:pPr>
        <w:keepNext/>
        <w:keepLines/>
        <w:spacing w:before="180" w:after="80" w:line="240" w:lineRule="auto"/>
      </w:pPr>
      <w:r>
        <w:rPr>
          <w:b/>
          <w:color w:val="C45234"/>
          <w:sz w:val="22"/>
        </w:rPr>
        <w:t>5. Dijital Sergileme ve Yayın İzni / Digital Exhibition and Publication Permission</w:t>
      </w:r>
    </w:p>
    <w:p w14:paraId="04860E15" w14:textId="77777777" w:rsidR="004A072D" w:rsidRDefault="00000000">
      <w:pPr>
        <w:spacing w:after="60" w:line="240" w:lineRule="auto"/>
      </w:pPr>
      <w:r>
        <w:rPr>
          <w:color w:val="000000"/>
          <w:sz w:val="17"/>
        </w:rPr>
        <w:t>Eser sahibi/hak sahibi, telif hakları kendisinde kalmak üzere, kabul edilen eser için aşağıda işaretlediği kullanım türleri bakımından sempozyumun düzenleyici kuruluşuna münhasır olmayan ve bedelsiz bir izin verir. / The rights holder retains copyright and grants the symposium organiser a non-exclusive, royalty-free permission solely for the uses selected below.</w:t>
      </w:r>
    </w:p>
    <w:p w14:paraId="25D6EA3C" w14:textId="77777777" w:rsidR="004A072D" w:rsidRDefault="00000000">
      <w:pPr>
        <w:spacing w:after="40" w:line="240" w:lineRule="auto"/>
      </w:pPr>
      <w:sdt>
        <w:sdtPr>
          <w:alias w:val="Onay kutusu 06"/>
          <w:tag w:val="STA_CHECK_06"/>
          <w:id w:val="150000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6"/>
            </w:rPr>
            <w:t>☐</w:t>
          </w:r>
        </w:sdtContent>
      </w:sdt>
      <w:r>
        <w:rPr>
          <w:color w:val="000000"/>
          <w:sz w:val="16"/>
        </w:rPr>
        <w:t xml:space="preserve"> Dijital sergi (zorunlu): Eserin çevrim içi sergide gösterimi/umuma iletimi ve bu amaçla gerekli teknik çoğaltma. / Online exhibition (required): display/communication to the public and necessary technical reproduction.</w:t>
      </w:r>
    </w:p>
    <w:p w14:paraId="40E4D8E3" w14:textId="77777777" w:rsidR="004A072D" w:rsidRDefault="00000000">
      <w:pPr>
        <w:spacing w:after="40" w:line="240" w:lineRule="auto"/>
      </w:pPr>
      <w:sdt>
        <w:sdtPr>
          <w:alias w:val="Onay kutusu 07"/>
          <w:tag w:val="STA_CHECK_07"/>
          <w:id w:val="150000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6"/>
            </w:rPr>
            <w:t>☐</w:t>
          </w:r>
        </w:sdtContent>
      </w:sdt>
      <w:r>
        <w:rPr>
          <w:color w:val="000000"/>
          <w:sz w:val="16"/>
        </w:rPr>
        <w:t xml:space="preserve"> Sergi kataloğu (isteğe bağlı): Eser görseli, adı ve künyesinin basılı/dijital katalogda çoğaltılması ve dağıtılması. / Exhibition catalogue (optional): reproduction and distribution of the image, title and metadata in printed/digital catalogues.</w:t>
      </w:r>
    </w:p>
    <w:p w14:paraId="2661552F" w14:textId="77777777" w:rsidR="004A072D" w:rsidRDefault="00000000">
      <w:pPr>
        <w:spacing w:after="40" w:line="240" w:lineRule="auto"/>
      </w:pPr>
      <w:sdt>
        <w:sdtPr>
          <w:alias w:val="Onay kutusu 08"/>
          <w:tag w:val="STA_CHECK_08"/>
          <w:id w:val="150000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6"/>
            </w:rPr>
            <w:t>☐</w:t>
          </w:r>
        </w:sdtContent>
      </w:sdt>
      <w:r>
        <w:rPr>
          <w:color w:val="000000"/>
          <w:sz w:val="16"/>
        </w:rPr>
        <w:t xml:space="preserve"> Tanıtım (isteğe bağlı): Eserden bir görselin, sanatçı adı belirtilerek sempozyum web sitesi ve sosyal medya duyurularında kullanılması. / Promotion (optional): use of an artwork image, with attribution, in symposium website and social media announcements.</w:t>
      </w:r>
    </w:p>
    <w:p w14:paraId="7F0DA1F2" w14:textId="77777777" w:rsidR="004A072D" w:rsidRDefault="00000000">
      <w:pPr>
        <w:spacing w:after="40" w:line="240" w:lineRule="auto"/>
      </w:pPr>
      <w:sdt>
        <w:sdtPr>
          <w:alias w:val="Onay kutusu 09"/>
          <w:tag w:val="STA_CHECK_09"/>
          <w:id w:val="150000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cs="Segoe UI Symbol" w:eastAsia="Segoe UI Symbol"/>
              <w:color w:val="000000"/>
              <w:sz w:val="16"/>
            </w:rPr>
            <w:t>☐</w:t>
          </w:r>
        </w:sdtContent>
      </w:sdt>
      <w:r>
        <w:rPr>
          <w:color w:val="000000"/>
          <w:sz w:val="16"/>
        </w:rPr>
        <w:t xml:space="preserve"> Dijital arşiv (isteğe bağlı): Sergi sonrasında eser görseli ve künyesinin çevrim içi arşivde erişime açık tutulması. / Digital archive (optional): keeping the artwork image and metadata available online after the exhibition.</w:t>
      </w:r>
    </w:p>
    <w:p w14:paraId="490AB1C1" w14:textId="77777777" w:rsidR="004A072D" w:rsidRDefault="00000000">
      <w:pPr>
        <w:spacing w:after="60" w:line="240" w:lineRule="auto"/>
      </w:pPr>
      <w:r>
        <w:rPr>
          <w:color w:val="000000"/>
          <w:sz w:val="16"/>
        </w:rPr>
        <w:t>İzin süresi / Permission term: ……………………………    Lisans alan düzenleyici kuruluş / Organising institution receiving the licence: ……………………………</w:t>
      </w:r>
    </w:p>
    <w:p w14:paraId="3A52283C" w14:textId="77777777" w:rsidR="004A072D" w:rsidRDefault="00000000">
      <w:pPr>
        <w:spacing w:after="60" w:line="240" w:lineRule="auto"/>
      </w:pPr>
      <w:r>
        <w:rPr>
          <w:color w:val="000000"/>
          <w:sz w:val="16"/>
        </w:rPr>
        <w:t>İzin üçüncü kişilere genel telif devri anlamına gelmez. Teknik format dönüştürme veya boyutlandırma, eserin sanatsal bütünlüğünü değiştirmeyecek biçimde yapılır; eser sahibinin manevi hakları saklıdır. / The licence does not transfer copyright. Technical resizing or format conversion must preserve the artistic integrity of the work; moral rights remain with the creator.</w:t>
      </w:r>
    </w:p>
    <w:p w14:paraId="77879A80" w14:textId="77777777" w:rsidR="00D16D7E" w:rsidRDefault="00D16D7E">
      <w:pPr>
        <w:keepNext/>
        <w:keepLines/>
        <w:spacing w:before="180" w:after="80" w:line="240" w:lineRule="auto"/>
        <w:rPr>
          <w:b/>
          <w:color w:val="C45234"/>
          <w:sz w:val="22"/>
        </w:rPr>
      </w:pPr>
    </w:p>
    <w:p w14:paraId="7CDE4795" w14:textId="30A6513F" w:rsidR="004A072D" w:rsidRDefault="00000000">
      <w:pPr>
        <w:keepNext/>
        <w:keepLines/>
        <w:spacing w:before="180" w:after="80" w:line="240" w:lineRule="auto"/>
      </w:pPr>
      <w:r>
        <w:rPr>
          <w:b/>
          <w:color w:val="C45234"/>
          <w:sz w:val="22"/>
        </w:rPr>
        <w:t>6. Onay, Tarih ve İmza / Approval, Date and Signature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392"/>
        <w:gridCol w:w="3389"/>
      </w:tblGrid>
      <w:tr w:rsidR="00F16E81" w14:paraId="36D63416" w14:textId="77777777" w:rsidTr="00CA2AD1">
        <w:trPr>
          <w:cantSplit/>
          <w:jc w:val="center"/>
        </w:trPr>
        <w:tc>
          <w:tcPr>
            <w:tcW w:w="3397" w:type="dxa"/>
            <w:shd w:val="clear" w:color="auto" w:fill="3E43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D0B66" w14:textId="77777777" w:rsidR="00F16E8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Alan / Field</w:t>
            </w:r>
          </w:p>
        </w:tc>
        <w:tc>
          <w:tcPr>
            <w:tcW w:w="3392" w:type="dxa"/>
            <w:shd w:val="clear" w:color="auto" w:fill="3E43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B3407" w14:textId="77777777" w:rsidR="00F16E8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Bilgi / Information</w:t>
            </w:r>
          </w:p>
        </w:tc>
        <w:tc>
          <w:tcPr>
            <w:tcW w:w="3389" w:type="dxa"/>
            <w:shd w:val="clear" w:color="auto" w:fill="3E43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7C0A4" w14:textId="77777777" w:rsidR="00F16E8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İmza / Signature</w:t>
            </w:r>
          </w:p>
        </w:tc>
      </w:tr>
      <w:tr w:rsidR="00F16E81" w14:paraId="4A404FE5" w14:textId="77777777" w:rsidTr="00CA2AD1">
        <w:trPr>
          <w:cantSplit/>
          <w:trHeight w:val="992"/>
          <w:jc w:val="center"/>
        </w:trPr>
        <w:tc>
          <w:tcPr>
            <w:tcW w:w="33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90808" w14:textId="77777777" w:rsidR="00F16E81" w:rsidRDefault="00000000">
            <w:r>
              <w:rPr>
                <w:b/>
                <w:color w:val="17191C"/>
                <w:sz w:val="17"/>
              </w:rPr>
              <w:t>Başvuru Sahibi / Sanatçı</w:t>
            </w:r>
            <w:r>
              <w:br/>
            </w:r>
            <w:r>
              <w:rPr>
                <w:b/>
                <w:color w:val="17191C"/>
                <w:sz w:val="17"/>
              </w:rPr>
              <w:t>Applicant / Artist</w:t>
            </w:r>
          </w:p>
        </w:tc>
        <w:tc>
          <w:tcPr>
            <w:tcW w:w="33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60527" w14:textId="77777777" w:rsidR="00F16E81" w:rsidRDefault="00000000">
            <w:r>
              <w:rPr>
                <w:color w:val="17191C"/>
                <w:sz w:val="17"/>
              </w:rPr>
              <w:t>Ad Soyad / Full Name:</w:t>
            </w:r>
            <w:r>
              <w:br/>
            </w:r>
            <w:r>
              <w:rPr>
                <w:color w:val="17191C"/>
                <w:sz w:val="17"/>
              </w:rPr>
              <w:t>Tarih / Date:</w:t>
            </w:r>
          </w:p>
        </w:tc>
        <w:tc>
          <w:tcPr>
            <w:tcW w:w="33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9098BC" w14:textId="77777777" w:rsidR="00F16E81" w:rsidRDefault="00F16E81"/>
        </w:tc>
      </w:tr>
    </w:tbl>
    <w:p w14:paraId="2045D7BD" w14:textId="77777777" w:rsidR="00F527AC" w:rsidRDefault="00F527AC"/>
    <w:sectPr w:rsidR="00F527AC" w:rsidSect="00034616">
      <w:headerReference w:type="default" r:id="rId8"/>
      <w:footerReference w:type="default" r:id="rId9"/>
      <w:pgSz w:w="11906" w:h="16838"/>
      <w:pgMar w:top="2013" w:right="964" w:bottom="822" w:left="964" w:header="312" w:footer="4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B4BC1" w14:textId="77777777" w:rsidR="00F527AC" w:rsidRDefault="00F527AC">
      <w:pPr>
        <w:spacing w:after="0" w:line="240" w:lineRule="auto"/>
      </w:pPr>
      <w:r>
        <w:separator/>
      </w:r>
    </w:p>
  </w:endnote>
  <w:endnote w:type="continuationSeparator" w:id="0">
    <w:p w14:paraId="67E4FDAF" w14:textId="77777777" w:rsidR="00F527AC" w:rsidRDefault="00F5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4F48" w14:textId="77777777" w:rsidR="00F16E81" w:rsidRDefault="00000000">
    <w:pPr>
      <w:pStyle w:val="AltBilgi"/>
      <w:jc w:val="center"/>
    </w:pPr>
    <w:r>
      <w:rPr>
        <w:color w:val="666666"/>
        <w:sz w:val="16"/>
      </w:rPr>
      <w:t xml:space="preserve">STA </w:t>
    </w:r>
    <w:proofErr w:type="spellStart"/>
    <w:r>
      <w:rPr>
        <w:color w:val="666666"/>
        <w:sz w:val="16"/>
      </w:rPr>
      <w:t>Kongre</w:t>
    </w:r>
    <w:proofErr w:type="spellEnd"/>
    <w:r>
      <w:rPr>
        <w:color w:val="666666"/>
        <w:sz w:val="16"/>
      </w:rPr>
      <w:t xml:space="preserve"> • Sanat </w:t>
    </w:r>
    <w:proofErr w:type="spellStart"/>
    <w:r>
      <w:rPr>
        <w:color w:val="666666"/>
        <w:sz w:val="16"/>
      </w:rPr>
      <w:t>ve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Tasarım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Araştırmaları</w:t>
    </w:r>
    <w:proofErr w:type="spellEnd"/>
    <w:r>
      <w:rPr>
        <w:color w:val="666666"/>
        <w:sz w:val="16"/>
      </w:rPr>
      <w:t xml:space="preserve"> • Sergi </w:t>
    </w:r>
    <w:proofErr w:type="spellStart"/>
    <w:r>
      <w:rPr>
        <w:color w:val="666666"/>
        <w:sz w:val="16"/>
      </w:rPr>
      <w:t>Başvuru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ve</w:t>
    </w:r>
    <w:proofErr w:type="spellEnd"/>
    <w:r>
      <w:rPr>
        <w:color w:val="666666"/>
        <w:sz w:val="16"/>
      </w:rPr>
      <w:t xml:space="preserve"> Beyan </w:t>
    </w:r>
    <w:proofErr w:type="spellStart"/>
    <w:r>
      <w:rPr>
        <w:color w:val="666666"/>
        <w:sz w:val="16"/>
      </w:rPr>
      <w:t>Formu</w:t>
    </w:r>
    <w:proofErr w:type="spellEnd"/>
    <w:r>
      <w:rPr>
        <w:color w:val="666666"/>
        <w:sz w:val="16"/>
      </w:rPr>
      <w:t xml:space="preserve"> • STA-2026-SRG-01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D762C" w14:textId="77777777" w:rsidR="00F527AC" w:rsidRDefault="00F527AC">
      <w:pPr>
        <w:spacing w:after="0" w:line="240" w:lineRule="auto"/>
      </w:pPr>
      <w:r>
        <w:separator/>
      </w:r>
    </w:p>
  </w:footnote>
  <w:footnote w:type="continuationSeparator" w:id="0">
    <w:p w14:paraId="7153DAAC" w14:textId="77777777" w:rsidR="00F527AC" w:rsidRDefault="00F5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402"/>
      <w:gridCol w:w="6576"/>
    </w:tblGrid>
    <w:tr w:rsidR="00F16E81" w14:paraId="27992A2A" w14:textId="77777777">
      <w:trPr>
        <w:jc w:val="center"/>
      </w:trPr>
      <w:tc>
        <w:tcPr>
          <w:tcW w:w="340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6F7A14" w14:textId="77777777" w:rsidR="00F16E81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651FDDD7" wp14:editId="128E6DC1">
                <wp:extent cx="1925999" cy="963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5999" cy="96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EAB0A6F" w14:textId="77777777" w:rsidR="00F16E81" w:rsidRDefault="00F16E81">
          <w:pPr>
            <w:spacing w:after="0"/>
          </w:pPr>
        </w:p>
        <w:tbl>
          <w:tblPr>
            <w:tblW w:w="0" w:type="auto"/>
            <w:jc w:val="center"/>
            <w:tblBorders>
              <w:top w:val="single" w:sz="4" w:space="0" w:color="C5C3BF"/>
              <w:left w:val="single" w:sz="4" w:space="0" w:color="C5C3BF"/>
              <w:bottom w:val="single" w:sz="4" w:space="0" w:color="C5C3BF"/>
              <w:right w:val="single" w:sz="4" w:space="0" w:color="C5C3BF"/>
              <w:insideH w:val="single" w:sz="4" w:space="0" w:color="C5C3BF"/>
              <w:insideV w:val="single" w:sz="4" w:space="0" w:color="C5C3BF"/>
            </w:tblBorders>
            <w:tblLayout w:type="fixed"/>
            <w:tblLook w:val="04A0" w:firstRow="1" w:lastRow="0" w:firstColumn="1" w:lastColumn="0" w:noHBand="0" w:noVBand="1"/>
          </w:tblPr>
          <w:tblGrid>
            <w:gridCol w:w="1644"/>
            <w:gridCol w:w="1644"/>
            <w:gridCol w:w="1644"/>
            <w:gridCol w:w="1644"/>
          </w:tblGrid>
          <w:tr w:rsidR="00F16E81" w14:paraId="65491DF0" w14:textId="77777777">
            <w:trPr>
              <w:jc w:val="center"/>
            </w:trPr>
            <w:tc>
              <w:tcPr>
                <w:tcW w:w="1644" w:type="dxa"/>
                <w:shd w:val="clear" w:color="auto" w:fill="BC4938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32BC34DE" w14:textId="77777777" w:rsidR="00F16E81" w:rsidRDefault="00000000">
                <w:pPr>
                  <w:spacing w:after="0" w:line="240" w:lineRule="auto"/>
                  <w:jc w:val="center"/>
                </w:pPr>
                <w:r>
                  <w:rPr>
                    <w:b/>
                    <w:color w:val="FFFFFF"/>
                    <w:sz w:val="16"/>
                  </w:rPr>
                  <w:t>Belge No</w:t>
                </w:r>
              </w:p>
            </w:tc>
            <w:tc>
              <w:tcPr>
                <w:tcW w:w="1644" w:type="dxa"/>
                <w:shd w:val="clear" w:color="auto" w:fill="BC4938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7944FBE4" w14:textId="77777777" w:rsidR="00F16E81" w:rsidRDefault="00000000">
                <w:pPr>
                  <w:spacing w:after="0" w:line="240" w:lineRule="auto"/>
                  <w:jc w:val="center"/>
                </w:pPr>
                <w:proofErr w:type="spellStart"/>
                <w:r>
                  <w:rPr>
                    <w:b/>
                    <w:color w:val="FFFFFF"/>
                    <w:sz w:val="16"/>
                  </w:rPr>
                  <w:t>Revizyon</w:t>
                </w:r>
                <w:proofErr w:type="spellEnd"/>
                <w:r>
                  <w:rPr>
                    <w:b/>
                    <w:color w:val="FFFFFF"/>
                    <w:sz w:val="16"/>
                  </w:rPr>
                  <w:t xml:space="preserve"> No</w:t>
                </w:r>
              </w:p>
            </w:tc>
            <w:tc>
              <w:tcPr>
                <w:tcW w:w="1644" w:type="dxa"/>
                <w:shd w:val="clear" w:color="auto" w:fill="BC4938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66805276" w14:textId="77777777" w:rsidR="00F16E81" w:rsidRDefault="00000000">
                <w:pPr>
                  <w:spacing w:after="0" w:line="240" w:lineRule="auto"/>
                  <w:jc w:val="center"/>
                </w:pPr>
                <w:proofErr w:type="spellStart"/>
                <w:r>
                  <w:rPr>
                    <w:b/>
                    <w:color w:val="FFFFFF"/>
                    <w:sz w:val="16"/>
                  </w:rPr>
                  <w:t>Yayın</w:t>
                </w:r>
                <w:proofErr w:type="spellEnd"/>
                <w:r>
                  <w:rPr>
                    <w:b/>
                    <w:color w:val="FFFFFF"/>
                    <w:sz w:val="16"/>
                  </w:rPr>
                  <w:t xml:space="preserve"> </w:t>
                </w:r>
                <w:proofErr w:type="spellStart"/>
                <w:r>
                  <w:rPr>
                    <w:b/>
                    <w:color w:val="FFFFFF"/>
                    <w:sz w:val="16"/>
                  </w:rPr>
                  <w:t>Tarihi</w:t>
                </w:r>
                <w:proofErr w:type="spellEnd"/>
              </w:p>
            </w:tc>
            <w:tc>
              <w:tcPr>
                <w:tcW w:w="1644" w:type="dxa"/>
                <w:shd w:val="clear" w:color="auto" w:fill="BC4938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63E863CA" w14:textId="77777777" w:rsidR="00F16E81" w:rsidRDefault="00000000">
                <w:pPr>
                  <w:spacing w:after="0" w:line="240" w:lineRule="auto"/>
                  <w:jc w:val="center"/>
                </w:pPr>
                <w:proofErr w:type="spellStart"/>
                <w:r>
                  <w:rPr>
                    <w:b/>
                    <w:color w:val="FFFFFF"/>
                    <w:sz w:val="16"/>
                  </w:rPr>
                  <w:t>Sürüm</w:t>
                </w:r>
                <w:proofErr w:type="spellEnd"/>
              </w:p>
            </w:tc>
          </w:tr>
          <w:tr w:rsidR="00F16E81" w14:paraId="033A4F24" w14:textId="77777777">
            <w:trPr>
              <w:jc w:val="center"/>
            </w:trPr>
            <w:tc>
              <w:tcPr>
                <w:tcW w:w="1644" w:type="dxa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410E6D0F" w14:textId="77777777" w:rsidR="00F16E81" w:rsidRDefault="00000000">
                <w:pPr>
                  <w:spacing w:after="0" w:line="240" w:lineRule="auto"/>
                  <w:jc w:val="center"/>
                </w:pPr>
                <w:r>
                  <w:rPr>
                    <w:color w:val="30353A"/>
                    <w:sz w:val="16"/>
                  </w:rPr>
                  <w:t>STA-2026-SRG-01</w:t>
                </w:r>
              </w:p>
            </w:tc>
            <w:tc>
              <w:tcPr>
                <w:tcW w:w="1644" w:type="dxa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617AAF5D" w14:textId="77777777" w:rsidR="004A072D" w:rsidRDefault="00000000">
                <w:pPr>
                  <w:spacing w:after="0"/>
                  <w:jc w:val="center"/>
                </w:pPr>
                <w:r>
                  <w:rPr>
                    <w:color w:val="30353A"/>
                    <w:sz w:val="16"/>
                  </w:rPr>
                  <w:t>02</w:t>
                </w:r>
              </w:p>
            </w:tc>
            <w:tc>
              <w:tcPr>
                <w:tcW w:w="1644" w:type="dxa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3AA67799" w14:textId="77777777" w:rsidR="00F16E81" w:rsidRDefault="00000000">
                <w:pPr>
                  <w:spacing w:after="0" w:line="240" w:lineRule="auto"/>
                  <w:jc w:val="center"/>
                </w:pPr>
                <w:r>
                  <w:rPr>
                    <w:color w:val="30353A"/>
                    <w:sz w:val="16"/>
                  </w:rPr>
                  <w:t>11.10.2026</w:t>
                </w:r>
              </w:p>
            </w:tc>
            <w:tc>
              <w:tcPr>
                <w:tcW w:w="1644" w:type="dxa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1F47093E" w14:textId="77777777" w:rsidR="004A072D" w:rsidRDefault="00000000">
                <w:pPr>
                  <w:spacing w:after="0"/>
                  <w:jc w:val="center"/>
                </w:pPr>
                <w:r>
                  <w:rPr>
                    <w:color w:val="30353A"/>
                    <w:sz w:val="16"/>
                  </w:rPr>
                  <w:t>v1.2</w:t>
                </w:r>
              </w:p>
            </w:tc>
          </w:tr>
        </w:tbl>
        <w:p w14:paraId="6EFAD3B8" w14:textId="77777777" w:rsidR="00F16E81" w:rsidRDefault="00F16E81"/>
      </w:tc>
    </w:tr>
  </w:tbl>
  <w:p w14:paraId="39F36274" w14:textId="77777777" w:rsidR="00F16E81" w:rsidRDefault="00F16E81">
    <w:pPr>
      <w:pBdr>
        <w:bottom w:val="single" w:sz="5" w:space="0" w:color="C6C2BC"/>
      </w:pBdr>
      <w:spacing w:before="40" w:after="0" w:line="2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0722183">
    <w:abstractNumId w:val="8"/>
  </w:num>
  <w:num w:numId="2" w16cid:durableId="73169498">
    <w:abstractNumId w:val="6"/>
  </w:num>
  <w:num w:numId="3" w16cid:durableId="1735929602">
    <w:abstractNumId w:val="5"/>
  </w:num>
  <w:num w:numId="4" w16cid:durableId="418721084">
    <w:abstractNumId w:val="4"/>
  </w:num>
  <w:num w:numId="5" w16cid:durableId="773791596">
    <w:abstractNumId w:val="7"/>
  </w:num>
  <w:num w:numId="6" w16cid:durableId="1984693396">
    <w:abstractNumId w:val="3"/>
  </w:num>
  <w:num w:numId="7" w16cid:durableId="758480091">
    <w:abstractNumId w:val="2"/>
  </w:num>
  <w:num w:numId="8" w16cid:durableId="684215144">
    <w:abstractNumId w:val="1"/>
  </w:num>
  <w:num w:numId="9" w16cid:durableId="126984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072D"/>
    <w:rsid w:val="00592706"/>
    <w:rsid w:val="007B71CC"/>
    <w:rsid w:val="009E6969"/>
    <w:rsid w:val="00AA1D8D"/>
    <w:rsid w:val="00B47730"/>
    <w:rsid w:val="00CA2AD1"/>
    <w:rsid w:val="00CB0664"/>
    <w:rsid w:val="00D16D7E"/>
    <w:rsid w:val="00F16E81"/>
    <w:rsid w:val="00F527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446E75"/>
  <w14:defaultImageDpi w14:val="300"/>
  <w15:docId w15:val="{E95E5854-9911-4536-9F36-27B66812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STA-2026-SRG-01 Sergi Başvuru ve Beyan Formu</dc:title>
  <dc:subject>STA Kongre dijital sergi başvurusu ve etik/telif beyan formu</dc:subject>
  <dc:creator>STA Kongre</dc:creator>
  <cp:keywords/>
  <dc:description>generated by python-docx</dc:description>
  <cp:lastModifiedBy>Hakem</cp:lastModifiedBy>
  <cp:revision>3</cp:revision>
  <dcterms:created xsi:type="dcterms:W3CDTF">2013-12-23T23:15:00Z</dcterms:created>
  <dcterms:modified xsi:type="dcterms:W3CDTF">2026-10-11T20:19:00Z</dcterms:modified>
  <cp:category/>
</cp:coreProperties>
</file>