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BF24C" w14:textId="77777777" w:rsidR="003C4E6F" w:rsidRDefault="003C4E6F">
      <w:pPr>
        <w:spacing w:after="20" w:line="264" w:lineRule="auto"/>
        <w:jc w:val="center"/>
        <w:rPr>
          <w:b/>
          <w:color w:val="3F444A"/>
          <w:sz w:val="26"/>
        </w:rPr>
      </w:pPr>
    </w:p>
    <w:p w14:paraId="1C2B79B5" w14:textId="548FD144" w:rsidR="005E4F67" w:rsidRDefault="00000000">
      <w:pPr>
        <w:spacing w:after="20" w:line="264" w:lineRule="auto"/>
        <w:jc w:val="center"/>
      </w:pPr>
      <w:r>
        <w:rPr>
          <w:b/>
          <w:color w:val="3F444A"/>
          <w:sz w:val="26"/>
        </w:rPr>
        <w:t>“……………………………………”</w:t>
      </w:r>
    </w:p>
    <w:p w14:paraId="4AE8C771" w14:textId="77777777" w:rsidR="005E4F67" w:rsidRDefault="00000000">
      <w:pPr>
        <w:spacing w:after="40" w:line="264" w:lineRule="auto"/>
        <w:jc w:val="center"/>
      </w:pPr>
      <w:r>
        <w:rPr>
          <w:b/>
          <w:color w:val="3F444A"/>
          <w:sz w:val="24"/>
        </w:rPr>
        <w:t>SEMPOZYUMU</w:t>
      </w:r>
    </w:p>
    <w:p w14:paraId="5F382276" w14:textId="77777777" w:rsidR="005E4F67" w:rsidRDefault="00000000">
      <w:pPr>
        <w:spacing w:after="20" w:line="264" w:lineRule="auto"/>
        <w:jc w:val="center"/>
      </w:pPr>
      <w:r>
        <w:rPr>
          <w:b/>
          <w:color w:val="B84E38"/>
          <w:sz w:val="26"/>
        </w:rPr>
        <w:t>ESER GÖNDERİM FORMU</w:t>
      </w:r>
    </w:p>
    <w:p w14:paraId="078EFA50" w14:textId="77777777" w:rsidR="005E4F67" w:rsidRDefault="00000000">
      <w:pPr>
        <w:spacing w:after="160" w:line="264" w:lineRule="auto"/>
        <w:jc w:val="center"/>
      </w:pPr>
      <w:r>
        <w:rPr>
          <w:b/>
          <w:color w:val="3F444A"/>
          <w:sz w:val="17"/>
        </w:rPr>
        <w:t>ARTWORK SUBMISSION FORM</w:t>
      </w:r>
    </w:p>
    <w:p w14:paraId="503F93AA" w14:textId="64D82C29" w:rsidR="003C4E6F" w:rsidRPr="003C4E6F" w:rsidRDefault="00000000" w:rsidP="003C4E6F">
      <w:pPr>
        <w:spacing w:after="20" w:line="264" w:lineRule="auto"/>
      </w:pPr>
      <w:r>
        <w:rPr>
          <w:color w:val="6A6A6A"/>
          <w:sz w:val="16"/>
        </w:rPr>
        <w:t>Her eser için bir form doldurunuz. Eser dosyası ile sanatçı profil fotoğrafını ayrıca sisteme yükleyiniz. / Complete one form per artwork; upload the artwork file and artist portrait separately.</w:t>
      </w:r>
    </w:p>
    <w:p w14:paraId="2113798C" w14:textId="5E6B2A38" w:rsidR="005E4F67" w:rsidRDefault="00000000">
      <w:pPr>
        <w:keepNext/>
        <w:spacing w:before="200" w:after="100" w:line="264" w:lineRule="auto"/>
      </w:pPr>
      <w:proofErr w:type="gramStart"/>
      <w:r>
        <w:rPr>
          <w:b/>
          <w:color w:val="B84E38"/>
        </w:rPr>
        <w:t>01  /</w:t>
      </w:r>
      <w:proofErr w:type="gramEnd"/>
      <w:r>
        <w:rPr>
          <w:b/>
          <w:color w:val="B84E38"/>
        </w:rPr>
        <w:t xml:space="preserve">  SANATÇI </w:t>
      </w:r>
      <w:proofErr w:type="gramStart"/>
      <w:r>
        <w:rPr>
          <w:b/>
          <w:color w:val="B84E38"/>
        </w:rPr>
        <w:t>PROFİLİ  —</w:t>
      </w:r>
      <w:proofErr w:type="gramEnd"/>
      <w:r>
        <w:rPr>
          <w:b/>
          <w:color w:val="B84E38"/>
        </w:rPr>
        <w:t xml:space="preserve">  ARTIST PROFILE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7001"/>
      </w:tblGrid>
      <w:tr w:rsidR="005E4F67" w14:paraId="47DAE067" w14:textId="77777777" w:rsidTr="003C4E6F">
        <w:trPr>
          <w:trHeight w:val="2750" w:hRule="atLeast"/>
          <w:jc w:val="center"/>
        </w:trPr>
        <w:tc>
          <w:tcPr>
            <w:tcW w:w="2977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032AC103" w14:textId="77777777" w:rsidR="005E4F67" w:rsidRDefault="00000000">
            <w:pPr>
              <w:spacing w:line="276" w:lineRule="auto"/>
              <w:jc w:val="center"/>
            </w:pPr>
            <w:r>
              <w:rPr>
                <w:color w:val="6A6A6A"/>
                <w:sz w:val="16"/>
              </w:rPr>
              <w:t>PROFİL FOTOĞRAFI</w:t>
            </w:r>
            <w:r>
              <w:rPr>
                <w:color w:val="6A6A6A"/>
                <w:sz w:val="16"/>
              </w:rPr>
              <w:br/>
              <w:t>PROFILE PHOTO</w:t>
            </w:r>
            <w:r>
              <w:rPr>
                <w:color w:val="6A6A6A"/>
                <w:sz w:val="16"/>
              </w:rPr>
              <w:br/>
            </w:r>
            <w:r>
              <w:rPr>
                <w:color w:val="6A6A6A"/>
                <w:sz w:val="16"/>
              </w:rPr>
              <w:br/>
              <w:t>[Fotoğraf alanı / Portrait area]</w:t>
            </w:r>
            <w:r>
              <w:rPr>
                <w:color w:val="6A6A6A"/>
                <w:sz w:val="16"/>
              </w:rPr>
              <w:br/>
            </w:r>
            <w:r>
              <w:rPr>
                <w:color w:val="6A6A6A"/>
                <w:sz w:val="16"/>
              </w:rPr>
              <w:br/>
              <w:t>Fotoğrafı ayrıca yükleyiniz.</w:t>
            </w:r>
            <w:r>
              <w:rPr>
                <w:color w:val="6A6A6A"/>
                <w:sz w:val="16"/>
              </w:rPr>
              <w:br/>
              <w:t>Upload portrait separately.</w:t>
            </w:r>
          </w:p>
        </w:tc>
        <w:tc>
          <w:tcPr>
            <w:tcW w:w="7001" w:type="dxa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1A3B38B4" w14:textId="77777777" w:rsidR="005E4F67" w:rsidRDefault="00000000">
            <w:pPr>
              <w:spacing w:after="160" w:line="276" w:lineRule="auto"/>
            </w:pPr>
            <w:r>
              <w:rPr>
                <w:b/>
                <w:color w:val="3F444A"/>
                <w:sz w:val="16"/>
              </w:rPr>
              <w:t>Sanatçı Adı Soyadı / Artist Full Name</w:t>
            </w:r>
            <w:r>
              <w:rPr>
                <w:b/>
                <w:color w:val="3F444A"/>
                <w:sz w:val="16"/>
              </w:rPr>
              <w:br/>
            </w:r>
            <w:r>
              <w:rPr>
                <w:i/>
                <w:color w:val="6A6A6A"/>
                <w:sz w:val="17"/>
              </w:rPr>
              <w:t>[Ad Soyad / Full Name]</w:t>
            </w:r>
          </w:p>
          <w:p w14:paraId="6CFB161A" w14:textId="77777777" w:rsidR="005E4F67" w:rsidRDefault="00000000">
            <w:pPr>
              <w:spacing w:after="160" w:line="276" w:lineRule="auto"/>
            </w:pPr>
            <w:r>
              <w:rPr>
                <w:b/>
                <w:color w:val="3F444A"/>
                <w:sz w:val="16"/>
              </w:rPr>
              <w:t>Kurum / Institution (varsa / if applicable)</w:t>
            </w:r>
            <w:r>
              <w:rPr>
                <w:b/>
                <w:color w:val="3F444A"/>
                <w:sz w:val="16"/>
              </w:rPr>
              <w:br/>
            </w:r>
            <w:r>
              <w:rPr>
                <w:i/>
                <w:color w:val="6A6A6A"/>
                <w:sz w:val="17"/>
              </w:rPr>
              <w:t>[Kurum / Institution]</w:t>
            </w:r>
          </w:p>
          <w:p w14:paraId="778BC393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6"/>
              </w:rPr>
              <w:t>Başvuru Kodu / Submission ID</w:t>
            </w:r>
            <w:r>
              <w:rPr>
                <w:b/>
                <w:color w:val="3F444A"/>
                <w:sz w:val="16"/>
              </w:rPr>
              <w:br/>
            </w:r>
            <w:r>
              <w:rPr>
                <w:i/>
                <w:color w:val="6A6A6A"/>
                <w:sz w:val="17"/>
              </w:rPr>
              <w:t>[Varsa / If available]</w:t>
            </w:r>
          </w:p>
        </w:tc>
      </w:tr>
    </w:tbl>
    <w:p w14:paraId="32DFAEF4" w14:textId="77777777" w:rsidR="005E4F67" w:rsidRDefault="00000000">
      <w:pPr>
        <w:spacing w:before="120" w:after="100" w:line="264" w:lineRule="auto"/>
      </w:pPr>
      <w:proofErr w:type="spellStart"/>
      <w:r>
        <w:rPr>
          <w:color w:val="6A6A6A"/>
          <w:sz w:val="16"/>
        </w:rPr>
        <w:t>Kısa</w:t>
      </w:r>
      <w:proofErr w:type="spellEnd"/>
      <w:r>
        <w:rPr>
          <w:color w:val="6A6A6A"/>
          <w:sz w:val="16"/>
        </w:rPr>
        <w:t xml:space="preserve"> </w:t>
      </w:r>
      <w:proofErr w:type="spellStart"/>
      <w:r>
        <w:rPr>
          <w:color w:val="6A6A6A"/>
          <w:sz w:val="16"/>
        </w:rPr>
        <w:t>biyografi</w:t>
      </w:r>
      <w:proofErr w:type="spellEnd"/>
      <w:r>
        <w:rPr>
          <w:color w:val="6A6A6A"/>
          <w:sz w:val="16"/>
        </w:rPr>
        <w:t xml:space="preserve">: Her </w:t>
      </w:r>
      <w:proofErr w:type="spellStart"/>
      <w:r>
        <w:rPr>
          <w:color w:val="6A6A6A"/>
          <w:sz w:val="16"/>
        </w:rPr>
        <w:t>dilde</w:t>
      </w:r>
      <w:proofErr w:type="spellEnd"/>
      <w:r>
        <w:rPr>
          <w:color w:val="6A6A6A"/>
          <w:sz w:val="16"/>
        </w:rPr>
        <w:t xml:space="preserve"> en fazla 150 kelime. / Short biography: Up to 150 words per language.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5E4F67" w14:paraId="368B9B63" w14:textId="77777777">
        <w:trPr>
          <w:trHeight w:val="272"/>
          <w:jc w:val="center"/>
        </w:trPr>
        <w:tc>
          <w:tcPr>
            <w:tcW w:w="9978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4A4790D2" w14:textId="77777777" w:rsidR="005E4F67" w:rsidRDefault="00000000">
            <w:pPr>
              <w:spacing w:line="276" w:lineRule="auto"/>
            </w:pPr>
            <w:r>
              <w:rPr>
                <w:b/>
                <w:color w:val="B84E38"/>
                <w:sz w:val="16"/>
              </w:rPr>
              <w:t>KISA BİYOGRAFİ (TR) / SHORT BIOGRAPHY (TR)</w:t>
            </w:r>
          </w:p>
        </w:tc>
      </w:tr>
      <w:tr w:rsidR="005E4F67" w14:paraId="1706FBA1" w14:textId="77777777">
        <w:trPr>
          <w:trHeight w:val="1417"/>
          <w:jc w:val="center"/>
        </w:trPr>
        <w:tc>
          <w:tcPr>
            <w:tcW w:w="9978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24D4E94D" w14:textId="7B173089" w:rsidR="005E4F67" w:rsidRDefault="003C4E6F">
            <w:pPr>
              <w:spacing w:line="276" w:lineRule="auto"/>
            </w:pPr>
            <w:r w:rsidRPr="003C4E6F">
              <w:rPr>
                <w:i/>
                <w:color w:val="6A6A6A"/>
                <w:sz w:val="17"/>
              </w:rPr>
              <w:t>[</w:t>
            </w:r>
            <w:proofErr w:type="spellStart"/>
            <w:r w:rsidRPr="003C4E6F">
              <w:rPr>
                <w:i/>
                <w:color w:val="6A6A6A"/>
                <w:sz w:val="17"/>
              </w:rPr>
              <w:t>Eğitiminizi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, </w:t>
            </w:r>
            <w:proofErr w:type="spellStart"/>
            <w:r w:rsidRPr="003C4E6F">
              <w:rPr>
                <w:i/>
                <w:color w:val="6A6A6A"/>
                <w:sz w:val="17"/>
              </w:rPr>
              <w:t>uzmanlık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ve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çalışma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alanlarınızı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, </w:t>
            </w:r>
            <w:proofErr w:type="spellStart"/>
            <w:r w:rsidRPr="003C4E6F">
              <w:rPr>
                <w:i/>
                <w:color w:val="6A6A6A"/>
                <w:sz w:val="17"/>
              </w:rPr>
              <w:t>sanatsal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üretimlerinizi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ve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varsa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önemli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sergi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, </w:t>
            </w:r>
            <w:proofErr w:type="spellStart"/>
            <w:r w:rsidRPr="003C4E6F">
              <w:rPr>
                <w:i/>
                <w:color w:val="6A6A6A"/>
                <w:sz w:val="17"/>
              </w:rPr>
              <w:t>proje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ve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başarılarınızı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en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fazla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150 </w:t>
            </w:r>
            <w:proofErr w:type="spellStart"/>
            <w:r w:rsidRPr="003C4E6F">
              <w:rPr>
                <w:i/>
                <w:color w:val="6A6A6A"/>
                <w:sz w:val="17"/>
              </w:rPr>
              <w:t>kelimeyle</w:t>
            </w:r>
            <w:proofErr w:type="spellEnd"/>
            <w:r w:rsidRPr="003C4E6F">
              <w:rPr>
                <w:i/>
                <w:color w:val="6A6A6A"/>
                <w:sz w:val="17"/>
              </w:rPr>
              <w:t xml:space="preserve"> </w:t>
            </w:r>
            <w:proofErr w:type="spellStart"/>
            <w:r w:rsidRPr="003C4E6F">
              <w:rPr>
                <w:i/>
                <w:color w:val="6A6A6A"/>
                <w:sz w:val="17"/>
              </w:rPr>
              <w:t>tanıtınız</w:t>
            </w:r>
            <w:proofErr w:type="spellEnd"/>
            <w:r w:rsidRPr="003C4E6F">
              <w:rPr>
                <w:i/>
                <w:color w:val="6A6A6A"/>
                <w:sz w:val="17"/>
              </w:rPr>
              <w:t>.]</w:t>
            </w:r>
          </w:p>
        </w:tc>
      </w:tr>
    </w:tbl>
    <w:p w14:paraId="01EFFC00" w14:textId="77777777" w:rsidR="005E4F67" w:rsidRDefault="005E4F67">
      <w:pPr>
        <w:spacing w:after="60" w:line="264" w:lineRule="auto"/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5E4F67" w14:paraId="072BC3FB" w14:textId="77777777">
        <w:trPr>
          <w:trHeight w:val="272"/>
          <w:jc w:val="center"/>
        </w:trPr>
        <w:tc>
          <w:tcPr>
            <w:tcW w:w="9978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6EA33B6D" w14:textId="77777777" w:rsidR="005E4F67" w:rsidRDefault="00000000">
            <w:pPr>
              <w:spacing w:line="276" w:lineRule="auto"/>
            </w:pPr>
            <w:r>
              <w:rPr>
                <w:b/>
                <w:color w:val="B84E38"/>
                <w:sz w:val="16"/>
              </w:rPr>
              <w:t>SHORT BIOGRAPHY (EN) / KISA BİYOGRAFİ (EN)</w:t>
            </w:r>
          </w:p>
        </w:tc>
      </w:tr>
      <w:tr w:rsidR="005E4F67" w14:paraId="63DF3633" w14:textId="77777777">
        <w:trPr>
          <w:trHeight w:val="1417"/>
          <w:jc w:val="center"/>
        </w:trPr>
        <w:tc>
          <w:tcPr>
            <w:tcW w:w="9978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350A36A5" w14:textId="64FF48C0" w:rsidR="005E4F67" w:rsidRDefault="003C4E6F">
            <w:pPr>
              <w:spacing w:line="276" w:lineRule="auto"/>
            </w:pPr>
            <w:r w:rsidRPr="003C4E6F">
              <w:rPr>
                <w:i/>
                <w:color w:val="6A6A6A"/>
                <w:sz w:val="17"/>
              </w:rPr>
              <w:t>[Briefly describe your educational background, areas of expertise and practice, artistic work, and any notable exhibitions, projects or achievements in no more than 150 words.]</w:t>
            </w:r>
          </w:p>
        </w:tc>
      </w:tr>
    </w:tbl>
    <w:p w14:paraId="052F2FB4" w14:textId="6D339CFD" w:rsidR="005E4F67" w:rsidRDefault="003C4E6F">
      <w:pPr>
        <w:keepNext/>
        <w:spacing w:before="200" w:after="100" w:line="264" w:lineRule="auto"/>
      </w:pPr>
      <w:r>
        <w:rPr>
          <w:b/>
          <w:color w:val="B84E38"/>
        </w:rPr>
        <w:br/>
      </w:r>
      <w:proofErr w:type="gramStart"/>
      <w:r w:rsidR="00000000">
        <w:rPr>
          <w:b/>
          <w:color w:val="B84E38"/>
        </w:rPr>
        <w:t>02  /</w:t>
      </w:r>
      <w:proofErr w:type="gramEnd"/>
      <w:r w:rsidR="00000000">
        <w:rPr>
          <w:b/>
          <w:color w:val="B84E38"/>
        </w:rPr>
        <w:t xml:space="preserve">  ESER </w:t>
      </w:r>
      <w:proofErr w:type="gramStart"/>
      <w:r w:rsidR="00000000">
        <w:rPr>
          <w:b/>
          <w:color w:val="B84E38"/>
        </w:rPr>
        <w:t>KÜNYESİ  —</w:t>
      </w:r>
      <w:proofErr w:type="gramEnd"/>
      <w:r w:rsidR="00000000">
        <w:rPr>
          <w:b/>
          <w:color w:val="B84E38"/>
        </w:rPr>
        <w:t xml:space="preserve">  ARTWORK DETAILS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917"/>
      </w:tblGrid>
      <w:tr w:rsidR="005E4F67" w14:paraId="5AA50DD3" w14:textId="77777777">
        <w:trPr>
          <w:trHeight w:val="425"/>
          <w:jc w:val="center"/>
        </w:trPr>
        <w:tc>
          <w:tcPr>
            <w:tcW w:w="3061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7E45B273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7"/>
              </w:rPr>
              <w:t>Eser Adı (TR) / Title (TR)</w:t>
            </w:r>
          </w:p>
        </w:tc>
        <w:tc>
          <w:tcPr>
            <w:tcW w:w="6917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52DBF078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[Türkçe eser adı / Turkish artwork title]</w:t>
            </w:r>
          </w:p>
        </w:tc>
      </w:tr>
      <w:tr w:rsidR="005E4F67" w14:paraId="2785257B" w14:textId="77777777">
        <w:trPr>
          <w:trHeight w:val="425"/>
          <w:jc w:val="center"/>
        </w:trPr>
        <w:tc>
          <w:tcPr>
            <w:tcW w:w="3061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09103684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7"/>
              </w:rPr>
              <w:t>Eser Adı (EN) / Title (EN)</w:t>
            </w:r>
          </w:p>
        </w:tc>
        <w:tc>
          <w:tcPr>
            <w:tcW w:w="6917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4E0817C8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[English artwork title]</w:t>
            </w:r>
          </w:p>
        </w:tc>
      </w:tr>
      <w:tr w:rsidR="005E4F67" w14:paraId="3A19D163" w14:textId="77777777">
        <w:trPr>
          <w:trHeight w:val="425"/>
          <w:jc w:val="center"/>
        </w:trPr>
        <w:tc>
          <w:tcPr>
            <w:tcW w:w="3061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39FBA0A6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7"/>
              </w:rPr>
              <w:t>Üretim Yılı / Year</w:t>
            </w:r>
          </w:p>
        </w:tc>
        <w:tc>
          <w:tcPr>
            <w:tcW w:w="6917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054EC64B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[Yıl / Year]</w:t>
            </w:r>
          </w:p>
        </w:tc>
      </w:tr>
      <w:tr w:rsidR="005E4F67" w14:paraId="221A5920" w14:textId="77777777">
        <w:trPr>
          <w:trHeight w:val="425"/>
          <w:jc w:val="center"/>
        </w:trPr>
        <w:tc>
          <w:tcPr>
            <w:tcW w:w="3061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0B8287E7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7"/>
              </w:rPr>
              <w:lastRenderedPageBreak/>
              <w:t>Teknik / Malzeme / Medium</w:t>
            </w:r>
          </w:p>
        </w:tc>
        <w:tc>
          <w:tcPr>
            <w:tcW w:w="6917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29A46097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[Teknik ve malzeme / Technique and materials]</w:t>
            </w:r>
          </w:p>
        </w:tc>
      </w:tr>
      <w:tr w:rsidR="005E4F67" w14:paraId="6AFF7CD1" w14:textId="77777777">
        <w:trPr>
          <w:trHeight w:val="425"/>
          <w:jc w:val="center"/>
        </w:trPr>
        <w:tc>
          <w:tcPr>
            <w:tcW w:w="3061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67D9D30D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7"/>
              </w:rPr>
              <w:t>Ölçü / Süre / Dimensions / Duration</w:t>
            </w:r>
          </w:p>
        </w:tc>
        <w:tc>
          <w:tcPr>
            <w:tcW w:w="6917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2A827CEE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[G × Y × D (cm) veya süre / Dimensions or duration]</w:t>
            </w:r>
          </w:p>
        </w:tc>
      </w:tr>
      <w:tr w:rsidR="005E4F67" w14:paraId="47E28020" w14:textId="77777777">
        <w:trPr>
          <w:trHeight w:val="425"/>
          <w:jc w:val="center"/>
        </w:trPr>
        <w:tc>
          <w:tcPr>
            <w:tcW w:w="3061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66644D44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7"/>
              </w:rPr>
              <w:t>Eser Türü / Artwork Type</w:t>
            </w:r>
          </w:p>
        </w:tc>
        <w:tc>
          <w:tcPr>
            <w:tcW w:w="6917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30F526E9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[2B görsel, 3B, video, ses vb. / 2D image, 3D, video, audio etc.]</w:t>
            </w:r>
          </w:p>
        </w:tc>
      </w:tr>
    </w:tbl>
    <w:p w14:paraId="1FAB8F73" w14:textId="77777777" w:rsidR="003C4E6F" w:rsidRDefault="003C4E6F" w:rsidP="003C4E6F">
      <w:pPr>
        <w:spacing w:after="0"/>
      </w:pPr>
    </w:p>
    <w:p w14:paraId="39FFC505" w14:textId="701A90DD" w:rsidR="005E4F67" w:rsidRDefault="003C4E6F" w:rsidP="003C4E6F">
      <w:pPr>
        <w:spacing w:after="0"/>
      </w:pPr>
      <w:r>
        <w:rPr>
          <w:b/>
          <w:color w:val="B84E38"/>
        </w:rPr>
        <w:br/>
      </w:r>
      <w:proofErr w:type="gramStart"/>
      <w:r w:rsidR="00000000">
        <w:rPr>
          <w:b/>
          <w:color w:val="B84E38"/>
        </w:rPr>
        <w:t>03  /</w:t>
      </w:r>
      <w:proofErr w:type="gramEnd"/>
      <w:r w:rsidR="00000000">
        <w:rPr>
          <w:b/>
          <w:color w:val="B84E38"/>
        </w:rPr>
        <w:t xml:space="preserve">  ESER </w:t>
      </w:r>
      <w:proofErr w:type="gramStart"/>
      <w:r w:rsidR="00000000">
        <w:rPr>
          <w:b/>
          <w:color w:val="B84E38"/>
        </w:rPr>
        <w:t>AÇIKLAMASI  —</w:t>
      </w:r>
      <w:proofErr w:type="gramEnd"/>
      <w:r w:rsidR="00000000">
        <w:rPr>
          <w:b/>
          <w:color w:val="B84E38"/>
        </w:rPr>
        <w:t xml:space="preserve">  ARTWORK STATEMENT</w:t>
      </w:r>
    </w:p>
    <w:p w14:paraId="24363659" w14:textId="77777777" w:rsidR="005E4F67" w:rsidRDefault="00000000">
      <w:pPr>
        <w:spacing w:after="100" w:line="264" w:lineRule="auto"/>
      </w:pPr>
      <w:r>
        <w:rPr>
          <w:color w:val="6A6A6A"/>
          <w:sz w:val="16"/>
        </w:rPr>
        <w:t>Eserin kavramsal yaklaşımını ve üretim amacını açıklayınız (her dilde en fazla 100 kelime). / Describe the work’s concept and artistic purpose (up to 100 words in each language).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5E4F67" w14:paraId="101A99BA" w14:textId="77777777">
        <w:trPr>
          <w:trHeight w:val="272"/>
          <w:jc w:val="center"/>
        </w:trPr>
        <w:tc>
          <w:tcPr>
            <w:tcW w:w="9978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4ECFAC87" w14:textId="77777777" w:rsidR="005E4F67" w:rsidRDefault="00000000">
            <w:pPr>
              <w:spacing w:line="276" w:lineRule="auto"/>
            </w:pPr>
            <w:r>
              <w:rPr>
                <w:b/>
                <w:color w:val="B84E38"/>
                <w:sz w:val="16"/>
              </w:rPr>
              <w:t>ESER AÇIKLAMASI (TR) / ARTWORK STATEMENT (TR)</w:t>
            </w:r>
          </w:p>
        </w:tc>
      </w:tr>
      <w:tr w:rsidR="005E4F67" w14:paraId="6EB9F76A" w14:textId="77777777">
        <w:trPr>
          <w:trHeight w:val="1701" w:hRule="atLeast"/>
          <w:jc w:val="center"/>
        </w:trPr>
        <w:tc>
          <w:tcPr>
            <w:tcW w:w="9978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67883083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[Eserin konusu, kavramsal yaklaşımı ve izleyiciye sunduğu deneyim.]</w:t>
            </w:r>
          </w:p>
        </w:tc>
      </w:tr>
    </w:tbl>
    <w:p w14:paraId="6F5597F0" w14:textId="77777777" w:rsidR="005E4F67" w:rsidRDefault="005E4F67">
      <w:pPr>
        <w:spacing w:after="60" w:line="264" w:lineRule="auto"/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5E4F67" w14:paraId="031EA503" w14:textId="77777777">
        <w:trPr>
          <w:trHeight w:val="272"/>
          <w:jc w:val="center"/>
        </w:trPr>
        <w:tc>
          <w:tcPr>
            <w:tcW w:w="9978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41B2CAE6" w14:textId="77777777" w:rsidR="005E4F67" w:rsidRDefault="00000000">
            <w:pPr>
              <w:spacing w:line="276" w:lineRule="auto"/>
            </w:pPr>
            <w:r>
              <w:rPr>
                <w:b/>
                <w:color w:val="B84E38"/>
                <w:sz w:val="16"/>
              </w:rPr>
              <w:t>ARTWORK STATEMENT (EN) / ESER AÇIKLAMASI (EN)</w:t>
            </w:r>
          </w:p>
        </w:tc>
      </w:tr>
      <w:tr w:rsidR="005E4F67" w14:paraId="0FEC8D2C" w14:textId="77777777">
        <w:trPr>
          <w:trHeight w:val="1701" w:hRule="atLeast"/>
          <w:jc w:val="center"/>
        </w:trPr>
        <w:tc>
          <w:tcPr>
            <w:tcW w:w="9978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49AD1432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[The work’s subject, conceptual approach and intended viewer experience.]</w:t>
            </w:r>
          </w:p>
        </w:tc>
      </w:tr>
    </w:tbl>
    <w:p w14:paraId="00F094A6" w14:textId="46347156" w:rsidR="005E4F67" w:rsidRDefault="003C4E6F">
      <w:pPr>
        <w:keepNext/>
        <w:spacing w:before="200" w:after="100" w:line="264" w:lineRule="auto"/>
      </w:pPr>
      <w:r>
        <w:rPr>
          <w:b/>
          <w:color w:val="B84E38"/>
        </w:rPr>
        <w:br/>
      </w:r>
      <w:proofErr w:type="gramStart"/>
      <w:r w:rsidR="00000000">
        <w:rPr>
          <w:b/>
          <w:color w:val="B84E38"/>
        </w:rPr>
        <w:t>04  /</w:t>
      </w:r>
      <w:proofErr w:type="gramEnd"/>
      <w:r w:rsidR="00000000">
        <w:rPr>
          <w:b/>
          <w:color w:val="B84E38"/>
        </w:rPr>
        <w:t xml:space="preserve">  DİJİTAL DOSYA </w:t>
      </w:r>
      <w:proofErr w:type="gramStart"/>
      <w:r w:rsidR="00000000">
        <w:rPr>
          <w:b/>
          <w:color w:val="B84E38"/>
        </w:rPr>
        <w:t>BİLGİLERİ  —</w:t>
      </w:r>
      <w:proofErr w:type="gramEnd"/>
      <w:r w:rsidR="00000000">
        <w:rPr>
          <w:b/>
          <w:color w:val="B84E38"/>
        </w:rPr>
        <w:t xml:space="preserve">  DIGITAL FILE DETAILS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463"/>
      </w:tblGrid>
      <w:tr w:rsidR="005E4F67" w14:paraId="4001B934" w14:textId="77777777">
        <w:trPr>
          <w:trHeight w:val="425"/>
          <w:jc w:val="center"/>
        </w:trPr>
        <w:tc>
          <w:tcPr>
            <w:tcW w:w="3515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2883589B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7"/>
              </w:rPr>
              <w:t>Eser Dosya Adı / Artwork Filename</w:t>
            </w:r>
          </w:p>
        </w:tc>
        <w:tc>
          <w:tcPr>
            <w:tcW w:w="6463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51EB03E8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[Dosya adı / Filename]</w:t>
            </w:r>
          </w:p>
        </w:tc>
      </w:tr>
      <w:tr w:rsidR="005E4F67" w14:paraId="64DEDB4F" w14:textId="77777777">
        <w:trPr>
          <w:trHeight w:val="425"/>
          <w:jc w:val="center"/>
        </w:trPr>
        <w:tc>
          <w:tcPr>
            <w:tcW w:w="3515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1D2AE0DA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7"/>
              </w:rPr>
              <w:t>Dosya Biçimi / File Format</w:t>
            </w:r>
          </w:p>
        </w:tc>
        <w:tc>
          <w:tcPr>
            <w:tcW w:w="6463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1100C053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[JPG, PNG, MP4, GLB vb. / etc.]</w:t>
            </w:r>
          </w:p>
        </w:tc>
      </w:tr>
      <w:tr w:rsidR="005E4F67" w14:paraId="2BF9AF3D" w14:textId="77777777">
        <w:trPr>
          <w:trHeight w:val="425"/>
          <w:jc w:val="center"/>
        </w:trPr>
        <w:tc>
          <w:tcPr>
            <w:tcW w:w="3515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54905784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7"/>
              </w:rPr>
              <w:t>Görüntü Ölçüsü / Süre / Image Size / Duration</w:t>
            </w:r>
          </w:p>
        </w:tc>
        <w:tc>
          <w:tcPr>
            <w:tcW w:w="6463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407A396C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[Piksel ölçüsü veya süre; geçerli değilse boş bırakınız / Pixels or duration, if applicable]</w:t>
            </w:r>
          </w:p>
        </w:tc>
      </w:tr>
      <w:tr w:rsidR="005E4F67" w14:paraId="4F2FC1D3" w14:textId="77777777">
        <w:trPr>
          <w:trHeight w:val="425"/>
          <w:jc w:val="center"/>
        </w:trPr>
        <w:tc>
          <w:tcPr>
            <w:tcW w:w="3515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24C48A2F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7"/>
              </w:rPr>
              <w:t>Profil Fotoğrafı / Portrait Filename</w:t>
            </w:r>
          </w:p>
        </w:tc>
        <w:tc>
          <w:tcPr>
            <w:tcW w:w="6463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22F5EA71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[Fotoğraf dosya adı / Portrait filename]</w:t>
            </w:r>
          </w:p>
        </w:tc>
      </w:tr>
      <w:tr w:rsidR="005E4F67" w14:paraId="13786986" w14:textId="77777777">
        <w:trPr>
          <w:trHeight w:val="425"/>
          <w:jc w:val="center"/>
        </w:trPr>
        <w:tc>
          <w:tcPr>
            <w:tcW w:w="3515" w:type="dxa"/>
            <w:shd w:val="clear" w:color="auto" w:fill="F5F3F0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762B8E25" w14:textId="77777777" w:rsidR="005E4F67" w:rsidRDefault="00000000">
            <w:pPr>
              <w:spacing w:line="276" w:lineRule="auto"/>
            </w:pPr>
            <w:r>
              <w:rPr>
                <w:b/>
                <w:color w:val="3F444A"/>
                <w:sz w:val="17"/>
              </w:rPr>
              <w:t>Özel Sergileme Notu / Display Note (varsa / if any)</w:t>
            </w:r>
          </w:p>
        </w:tc>
        <w:tc>
          <w:tcPr>
            <w:tcW w:w="6463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7FF9211E" w14:textId="77777777" w:rsidR="005E4F67" w:rsidRDefault="00000000">
            <w:pPr>
              <w:spacing w:line="276" w:lineRule="auto"/>
            </w:pPr>
            <w:r>
              <w:rPr>
                <w:i/>
                <w:color w:val="6A6A6A"/>
                <w:sz w:val="17"/>
              </w:rPr>
              <w:t>[Gerekliyse tek cümlelik sergileme talimatı / Brief display instruction if needed]</w:t>
            </w:r>
          </w:p>
        </w:tc>
      </w:tr>
    </w:tbl>
    <w:p w14:paraId="0D74E345" w14:textId="04265DA4" w:rsidR="005E4F67" w:rsidRDefault="00000000">
      <w:pPr>
        <w:spacing w:before="113" w:after="34" w:line="264" w:lineRule="auto"/>
      </w:pPr>
      <w:r>
        <w:rPr>
          <w:b/>
          <w:color w:val="B84E38"/>
          <w:sz w:val="17"/>
        </w:rPr>
        <w:lastRenderedPageBreak/>
        <w:t>TESLİM NOTU / SUBMISSION NOTE</w:t>
      </w:r>
    </w:p>
    <w:p w14:paraId="583F7A46" w14:textId="77777777" w:rsidR="005E4F67" w:rsidRDefault="00000000">
      <w:pPr>
        <w:spacing w:line="264" w:lineRule="auto"/>
      </w:pPr>
      <w:r>
        <w:rPr>
          <w:color w:val="3F444A"/>
          <w:sz w:val="16"/>
        </w:rPr>
        <w:t>Eser dosyası ve profil fotoğrafı bu Word belgesinden ayrı yüklenmelidir. Telif, etik ve yayın izinleri STA-2026-SRG-01 Sergi Başvuru ve Beyan Formu kapsamında değerlendirilir. / Upload the artwork and portrait as separate files. Copyright, ethics and publication permissions are governed by form STA-2026-SRG-01.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4819"/>
      </w:tblGrid>
      <w:tr w:rsidR="005E4F67" w14:paraId="3645F7A6" w14:textId="77777777">
        <w:trPr>
          <w:trHeight w:val="624"/>
          <w:jc w:val="center"/>
        </w:trPr>
        <w:tc>
          <w:tcPr>
            <w:tcW w:w="5159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1642AFB7" w14:textId="77777777" w:rsidR="005E4F67" w:rsidRDefault="00000000">
            <w:pPr>
              <w:spacing w:line="276" w:lineRule="auto"/>
            </w:pPr>
            <w:r>
              <w:rPr>
                <w:color w:val="3F444A"/>
                <w:sz w:val="17"/>
              </w:rPr>
              <w:t>Teslim Eden / Submitted by:</w:t>
            </w:r>
            <w:r>
              <w:rPr>
                <w:color w:val="3F444A"/>
                <w:sz w:val="17"/>
              </w:rPr>
              <w:br/>
              <w:t>[Ad Soyad / Full Name]</w:t>
            </w:r>
          </w:p>
        </w:tc>
        <w:tc>
          <w:tcPr>
            <w:tcW w:w="4819" w:type="dxa"/>
            <w:tcMar>
              <w:top w:w="105" w:type="dxa"/>
              <w:left w:w="130" w:type="dxa"/>
              <w:bottom w:w="105" w:type="dxa"/>
              <w:right w:w="130" w:type="dxa"/>
            </w:tcMar>
            <w:vAlign w:val="center"/>
          </w:tcPr>
          <w:p w14:paraId="175BC29E" w14:textId="77777777" w:rsidR="005E4F67" w:rsidRDefault="00000000">
            <w:pPr>
              <w:spacing w:line="276" w:lineRule="auto"/>
            </w:pPr>
            <w:r>
              <w:rPr>
                <w:color w:val="3F444A"/>
                <w:sz w:val="17"/>
              </w:rPr>
              <w:t>Tarih / Date:</w:t>
            </w:r>
            <w:r>
              <w:rPr>
                <w:color w:val="3F444A"/>
                <w:sz w:val="17"/>
              </w:rPr>
              <w:br/>
              <w:t>[GG.AA.YYYY / DD.MM.YYYY]</w:t>
            </w:r>
          </w:p>
        </w:tc>
      </w:tr>
    </w:tbl>
    <w:p w14:paraId="353A6363" w14:textId="77777777" w:rsidR="00B95537" w:rsidRDefault="00B95537"/>
    <w:sectPr w:rsidR="00B95537" w:rsidSect="00034616">
      <w:headerReference w:type="default" r:id="rId8"/>
      <w:footerReference w:type="default" r:id="rId9"/>
      <w:pgSz w:w="11906" w:h="16838"/>
      <w:pgMar w:top="2013" w:right="964" w:bottom="822" w:left="964" w:header="312" w:footer="4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65889" w14:textId="77777777" w:rsidR="00B95537" w:rsidRDefault="00B95537">
      <w:pPr>
        <w:spacing w:after="0" w:line="240" w:lineRule="auto"/>
      </w:pPr>
      <w:r>
        <w:separator/>
      </w:r>
    </w:p>
  </w:endnote>
  <w:endnote w:type="continuationSeparator" w:id="0">
    <w:p w14:paraId="446062F7" w14:textId="77777777" w:rsidR="00B95537" w:rsidRDefault="00B95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99573" w14:textId="77777777" w:rsidR="00F16E81" w:rsidRDefault="00000000">
    <w:pPr>
      <w:pStyle w:val="AltBilgi"/>
      <w:jc w:val="center"/>
    </w:pPr>
    <w:r>
      <w:rPr>
        <w:color w:val="777777"/>
        <w:sz w:val="16"/>
      </w:rPr>
      <w:t>STA Kongre • Sanat ve Tasarım Araştırmaları • Eser Gönderim Formu • STA-2026-SRG-02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A8C6C" w14:textId="77777777" w:rsidR="00B95537" w:rsidRDefault="00B95537">
      <w:pPr>
        <w:spacing w:after="0" w:line="240" w:lineRule="auto"/>
      </w:pPr>
      <w:r>
        <w:separator/>
      </w:r>
    </w:p>
  </w:footnote>
  <w:footnote w:type="continuationSeparator" w:id="0">
    <w:p w14:paraId="7A1015AE" w14:textId="77777777" w:rsidR="00B95537" w:rsidRDefault="00B95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402"/>
      <w:gridCol w:w="6576"/>
    </w:tblGrid>
    <w:tr w:rsidR="00F16E81" w14:paraId="16418232" w14:textId="77777777">
      <w:trPr>
        <w:jc w:val="center"/>
      </w:trPr>
      <w:tc>
        <w:tcPr>
          <w:tcW w:w="3402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53E0F8E" w14:textId="77777777" w:rsidR="00F16E81" w:rsidRDefault="00000000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651FDDD7" wp14:editId="128E6DC1">
                <wp:extent cx="1925999" cy="963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5999" cy="96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7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8E7A882" w14:textId="77777777" w:rsidR="00F16E81" w:rsidRDefault="00F16E81">
          <w:pPr>
            <w:spacing w:after="0"/>
          </w:pPr>
        </w:p>
        <w:tbl>
          <w:tblPr>
            <w:tblW w:w="0" w:type="auto"/>
            <w:jc w:val="center"/>
            <w:tblBorders>
              <w:top w:val="single" w:sz="4" w:space="0" w:color="C5C3BF"/>
              <w:left w:val="single" w:sz="4" w:space="0" w:color="C5C3BF"/>
              <w:bottom w:val="single" w:sz="4" w:space="0" w:color="C5C3BF"/>
              <w:right w:val="single" w:sz="4" w:space="0" w:color="C5C3BF"/>
              <w:insideH w:val="single" w:sz="4" w:space="0" w:color="C5C3BF"/>
              <w:insideV w:val="single" w:sz="4" w:space="0" w:color="C5C3BF"/>
            </w:tblBorders>
            <w:tblLayout w:type="fixed"/>
            <w:tblLook w:val="04A0" w:firstRow="1" w:lastRow="0" w:firstColumn="1" w:lastColumn="0" w:noHBand="0" w:noVBand="1"/>
          </w:tblPr>
          <w:tblGrid>
            <w:gridCol w:w="1644"/>
            <w:gridCol w:w="1644"/>
            <w:gridCol w:w="1644"/>
            <w:gridCol w:w="1644"/>
          </w:tblGrid>
          <w:tr w:rsidR="00F16E81" w14:paraId="56E474D7" w14:textId="77777777">
            <w:trPr>
              <w:jc w:val="center"/>
            </w:trPr>
            <w:tc>
              <w:tcPr>
                <w:tcW w:w="1644" w:type="dxa"/>
                <w:shd w:val="clear" w:color="auto" w:fill="BC4938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0A38489D" w14:textId="77777777" w:rsidR="00F16E81" w:rsidRDefault="00000000">
                <w:pPr>
                  <w:spacing w:after="0" w:line="240" w:lineRule="auto"/>
                  <w:jc w:val="center"/>
                </w:pPr>
                <w:r>
                  <w:rPr>
                    <w:b/>
                    <w:color w:val="FFFFFF"/>
                    <w:sz w:val="16"/>
                  </w:rPr>
                  <w:t>Belge No</w:t>
                </w:r>
              </w:p>
            </w:tc>
            <w:tc>
              <w:tcPr>
                <w:tcW w:w="1644" w:type="dxa"/>
                <w:shd w:val="clear" w:color="auto" w:fill="BC4938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2C466A28" w14:textId="77777777" w:rsidR="00F16E81" w:rsidRDefault="00000000">
                <w:pPr>
                  <w:spacing w:after="0" w:line="240" w:lineRule="auto"/>
                  <w:jc w:val="center"/>
                </w:pPr>
                <w:proofErr w:type="spellStart"/>
                <w:r>
                  <w:rPr>
                    <w:b/>
                    <w:color w:val="FFFFFF"/>
                    <w:sz w:val="16"/>
                  </w:rPr>
                  <w:t>Revizyon</w:t>
                </w:r>
                <w:proofErr w:type="spellEnd"/>
                <w:r>
                  <w:rPr>
                    <w:b/>
                    <w:color w:val="FFFFFF"/>
                    <w:sz w:val="16"/>
                  </w:rPr>
                  <w:t xml:space="preserve"> No</w:t>
                </w:r>
              </w:p>
            </w:tc>
            <w:tc>
              <w:tcPr>
                <w:tcW w:w="1644" w:type="dxa"/>
                <w:shd w:val="clear" w:color="auto" w:fill="BC4938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24634013" w14:textId="77777777" w:rsidR="00F16E81" w:rsidRDefault="00000000">
                <w:pPr>
                  <w:spacing w:after="0" w:line="240" w:lineRule="auto"/>
                  <w:jc w:val="center"/>
                </w:pPr>
                <w:proofErr w:type="spellStart"/>
                <w:r>
                  <w:rPr>
                    <w:b/>
                    <w:color w:val="FFFFFF"/>
                    <w:sz w:val="16"/>
                  </w:rPr>
                  <w:t>Yayın</w:t>
                </w:r>
                <w:proofErr w:type="spellEnd"/>
                <w:r>
                  <w:rPr>
                    <w:b/>
                    <w:color w:val="FFFFFF"/>
                    <w:sz w:val="16"/>
                  </w:rPr>
                  <w:t xml:space="preserve"> </w:t>
                </w:r>
                <w:proofErr w:type="spellStart"/>
                <w:r>
                  <w:rPr>
                    <w:b/>
                    <w:color w:val="FFFFFF"/>
                    <w:sz w:val="16"/>
                  </w:rPr>
                  <w:t>Tarihi</w:t>
                </w:r>
                <w:proofErr w:type="spellEnd"/>
              </w:p>
            </w:tc>
            <w:tc>
              <w:tcPr>
                <w:tcW w:w="1644" w:type="dxa"/>
                <w:shd w:val="clear" w:color="auto" w:fill="BC4938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0E9DCD95" w14:textId="77777777" w:rsidR="00F16E81" w:rsidRDefault="00000000">
                <w:pPr>
                  <w:spacing w:after="0" w:line="240" w:lineRule="auto"/>
                  <w:jc w:val="center"/>
                </w:pPr>
                <w:proofErr w:type="spellStart"/>
                <w:r>
                  <w:rPr>
                    <w:b/>
                    <w:color w:val="FFFFFF"/>
                    <w:sz w:val="16"/>
                  </w:rPr>
                  <w:t>Sürüm</w:t>
                </w:r>
                <w:proofErr w:type="spellEnd"/>
              </w:p>
            </w:tc>
          </w:tr>
          <w:tr w:rsidR="00F16E81" w14:paraId="7AFBD030" w14:textId="77777777">
            <w:trPr>
              <w:jc w:val="center"/>
            </w:trPr>
            <w:tc>
              <w:tcPr>
                <w:tcW w:w="1644" w:type="dxa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1563404A" w14:textId="77777777" w:rsidR="00F16E81" w:rsidRDefault="00000000">
                <w:pPr>
                  <w:spacing w:after="0" w:line="240" w:lineRule="auto"/>
                  <w:jc w:val="center"/>
                </w:pPr>
                <w:r>
                  <w:rPr>
                    <w:color w:val="30353A"/>
                    <w:sz w:val="16"/>
                  </w:rPr>
                  <w:t>STA-2026-SRG-02</w:t>
                </w:r>
              </w:p>
            </w:tc>
            <w:tc>
              <w:tcPr>
                <w:tcW w:w="1644" w:type="dxa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>
                <w:pPr>
                  <w:jc w:val="center"/>
                </w:pPr>
                <w:r>
                  <w:rPr>
                    <w:color w:val="30353A"/>
                    <w:sz w:val="16"/>
                  </w:rPr>
                  <w:t>03</w:t>
                </w:r>
              </w:p>
            </w:tc>
            <w:tc>
              <w:tcPr>
                <w:tcW w:w="1644" w:type="dxa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 w14:paraId="4B10A6CB" w14:textId="77777777" w:rsidR="00F16E81" w:rsidRDefault="00000000">
                <w:pPr>
                  <w:spacing w:after="0" w:line="240" w:lineRule="auto"/>
                  <w:jc w:val="center"/>
                </w:pPr>
                <w:r>
                  <w:rPr>
                    <w:color w:val="30353A"/>
                    <w:sz w:val="16"/>
                  </w:rPr>
                  <w:t>11.10.2026</w:t>
                </w:r>
              </w:p>
            </w:tc>
            <w:tc>
              <w:tcPr>
                <w:tcW w:w="1644" w:type="dxa"/>
                <w:tcMar>
                  <w:top w:w="80" w:type="dxa"/>
                  <w:left w:w="55" w:type="dxa"/>
                  <w:bottom w:w="80" w:type="dxa"/>
                  <w:right w:w="55" w:type="dxa"/>
                </w:tcMar>
                <w:vAlign w:val="center"/>
              </w:tcPr>
              <w:p>
                <w:pPr>
                  <w:jc w:val="center"/>
                </w:pPr>
                <w:r>
                  <w:rPr>
                    <w:color w:val="30353A"/>
                    <w:sz w:val="16"/>
                  </w:rPr>
                  <w:t>v1.3</w:t>
                </w:r>
              </w:p>
            </w:tc>
          </w:tr>
        </w:tbl>
        <w:p w14:paraId="296EAF22" w14:textId="77777777" w:rsidR="00F16E81" w:rsidRDefault="00F16E81"/>
      </w:tc>
    </w:tr>
  </w:tbl>
  <w:p w14:paraId="6A2C7FA5" w14:textId="77777777" w:rsidR="00F16E81" w:rsidRDefault="00F16E81">
    <w:pPr>
      <w:pBdr>
        <w:bottom w:val="single" w:sz="5" w:space="0" w:color="C6C2BC"/>
      </w:pBdr>
      <w:spacing w:before="40" w:after="0" w:line="2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0722183">
    <w:abstractNumId w:val="8"/>
  </w:num>
  <w:num w:numId="2" w16cid:durableId="73169498">
    <w:abstractNumId w:val="6"/>
  </w:num>
  <w:num w:numId="3" w16cid:durableId="1735929602">
    <w:abstractNumId w:val="5"/>
  </w:num>
  <w:num w:numId="4" w16cid:durableId="418721084">
    <w:abstractNumId w:val="4"/>
  </w:num>
  <w:num w:numId="5" w16cid:durableId="773791596">
    <w:abstractNumId w:val="7"/>
  </w:num>
  <w:num w:numId="6" w16cid:durableId="1984693396">
    <w:abstractNumId w:val="3"/>
  </w:num>
  <w:num w:numId="7" w16cid:durableId="758480091">
    <w:abstractNumId w:val="2"/>
  </w:num>
  <w:num w:numId="8" w16cid:durableId="684215144">
    <w:abstractNumId w:val="1"/>
  </w:num>
  <w:num w:numId="9" w16cid:durableId="1269847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4E6F"/>
    <w:rsid w:val="004A072D"/>
    <w:rsid w:val="00592706"/>
    <w:rsid w:val="005E4F67"/>
    <w:rsid w:val="007B71CC"/>
    <w:rsid w:val="009E6969"/>
    <w:rsid w:val="00AA1D8D"/>
    <w:rsid w:val="00B47730"/>
    <w:rsid w:val="00B95537"/>
    <w:rsid w:val="00CA2AD1"/>
    <w:rsid w:val="00CB0664"/>
    <w:rsid w:val="00D16D7E"/>
    <w:rsid w:val="00F011DD"/>
    <w:rsid w:val="00F16E81"/>
    <w:rsid w:val="00F527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D22FD"/>
  <w14:defaultImageDpi w14:val="300"/>
  <w15:docId w15:val="{E95E5854-9911-4536-9F36-27B66812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STA-2026-SRG-02 | Eser Gönderim Formu</dc:title>
  <dc:subject>İki dilli sade eser gönderim şablonu</dc:subject>
  <dc:creator>STA Kongre</dc:creator>
  <cp:keywords>STA-2026-SRG-02; eser manifestosu; artwork submission; artist biography; portrait</cp:keywords>
  <dc:description>Revizyon 02; STA-2026-SRG-01 hukuki beyanları tekrar edilmemiştir.</dc:description>
  <cp:lastModifiedBy>Hakem</cp:lastModifiedBy>
  <cp:revision>4</cp:revision>
  <dcterms:created xsi:type="dcterms:W3CDTF">2013-12-23T23:15:00Z</dcterms:created>
  <dcterms:modified xsi:type="dcterms:W3CDTF">2026-10-11T21:07:00Z</dcterms:modified>
  <cp:category/>
</cp:coreProperties>
</file>