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70496" w14:textId="77777777" w:rsidR="00CC7D1B" w:rsidRDefault="00000000">
      <w:pPr>
        <w:pStyle w:val="STABildiriEtiket"/>
      </w:pPr>
      <w:r>
        <w:t>BİLDİRİ    /    TÜRKÇE ÖZET</w:t>
      </w:r>
    </w:p>
    <w:p w14:paraId="27A7D1D9" w14:textId="77777777" w:rsidR="00CC7D1B" w:rsidRDefault="00000000">
      <w:pPr>
        <w:pStyle w:val="STABildiriBaslik"/>
        <w:keepNext/>
      </w:pPr>
      <w:r>
        <w:t>[Bildirinin Türkçe Başlığı]</w:t>
      </w:r>
    </w:p>
    <w:p w14:paraId="6C2A4620" w14:textId="77777777" w:rsidR="00CC7D1B" w:rsidRDefault="00000000">
      <w:pPr>
        <w:pStyle w:val="STAYazar"/>
        <w:keepNext/>
      </w:pPr>
      <w:r>
        <w:t>[Yazar Adı SOYADI]¹, [Yazar Adı SOYADI]²</w:t>
      </w:r>
    </w:p>
    <w:p w14:paraId="2CD120BA" w14:textId="77777777" w:rsidR="00CC7D1B" w:rsidRDefault="00000000">
      <w:pPr>
        <w:pStyle w:val="STAKurum"/>
        <w:pBdr>
          <w:bottom w:val="single" w:sz="6" w:space="12" w:color="CCD0D2"/>
        </w:pBdr>
      </w:pPr>
      <w:r>
        <w:t>¹ [Üniversite / Bölüm / Ülke]   —   [E-posta]   —   [ORCID: XXXX-XXXX-XXXX-XXXX]    ·    ² [Üniversite / Bölüm / Ülke]   —   [E-posta]   —   [ORCID: XXXX-XXXX-XXXX-XXXX]</w:t>
      </w:r>
    </w:p>
    <w:p w14:paraId="6DE15702" w14:textId="77777777" w:rsidR="00CC7D1B" w:rsidRDefault="00000000">
      <w:pPr>
        <w:pStyle w:val="STAOzetBaslik"/>
        <w:keepNext/>
      </w:pPr>
      <w:r>
        <w:t>ÖZET</w:t>
      </w:r>
    </w:p>
    <w:p w14:paraId="78D3E6F4" w14:textId="77777777" w:rsidR="00CC7D1B" w:rsidRDefault="00000000" w:rsidP="00132C13">
      <w:pPr>
        <w:pStyle w:val="STAOzetMetni"/>
        <w:widowControl/>
        <w:spacing w:line="276" w:lineRule="auto"/>
      </w:pPr>
      <w:r>
        <w:t>[Türkçe bildiri özetinizi buraya yazınız. Araştırmanın problemini ve amacını, kuramsal veya uygulamalı yaklaşımını, kullanılan yöntemi, varsa örneklem/veri/materyali, bulguları ve özgün katkıyı açık biçimde belirtiniz. Henüz elde edilmemiş sonuçları kesin bulgu gibi sunmayınız. Etkinliğin duyurduğu kelime sınırına uyunuz. Bu açıklamayı silip kendi metninizi yerleştiriniz.]</w:t>
      </w:r>
    </w:p>
    <w:p w14:paraId="745008F6" w14:textId="77777777" w:rsidR="00CC7D1B" w:rsidRDefault="00000000" w:rsidP="00132C13">
      <w:pPr>
        <w:pStyle w:val="STAAnahtar"/>
        <w:spacing w:line="276" w:lineRule="auto"/>
      </w:pPr>
      <w:r>
        <w:rPr>
          <w:b/>
        </w:rPr>
        <w:t xml:space="preserve">Anahtar Kelimeler   </w:t>
      </w:r>
      <w:r>
        <w:t>[Kavram 1], [Kavram 2], [Kavram 3]</w:t>
      </w:r>
    </w:p>
    <w:p w14:paraId="3D74BBFB" w14:textId="77777777" w:rsidR="00CC7D1B" w:rsidRDefault="00000000">
      <w:pPr>
        <w:pStyle w:val="STABildiriEtiket"/>
        <w:keepNext/>
        <w:pageBreakBefore/>
      </w:pPr>
      <w:r>
        <w:t>PAPER    /    ENGLISH ABSTRACT</w:t>
      </w:r>
    </w:p>
    <w:p w14:paraId="425C5457" w14:textId="77777777" w:rsidR="00CC7D1B" w:rsidRDefault="00000000">
      <w:pPr>
        <w:pStyle w:val="STABildiriBaslik"/>
        <w:keepNext/>
      </w:pPr>
      <w:r>
        <w:t>[Title of the Paper in English]</w:t>
      </w:r>
    </w:p>
    <w:p w14:paraId="6B1C645F" w14:textId="77777777" w:rsidR="00CC7D1B" w:rsidRDefault="00000000">
      <w:pPr>
        <w:pStyle w:val="STAYazar"/>
        <w:keepNext/>
      </w:pPr>
      <w:r>
        <w:t>[Author Name SURNAME]¹, [Author Name SURNAME]²</w:t>
      </w:r>
    </w:p>
    <w:p w14:paraId="3B437764" w14:textId="77777777" w:rsidR="00CC7D1B" w:rsidRDefault="00000000">
      <w:pPr>
        <w:pStyle w:val="STAKurum"/>
        <w:pBdr>
          <w:bottom w:val="single" w:sz="6" w:space="12" w:color="CCD0D2"/>
        </w:pBdr>
      </w:pPr>
      <w:r>
        <w:t>¹ [University / Department / Country]   —   [Email]   —   [ORCID: XXXX-XXXX-XXXX-XXXX]    ·    ² [University / Department / Country]   —   [Email]   —   [ORCID: XXXX-XXXX-XXXX-XXXX]</w:t>
      </w:r>
    </w:p>
    <w:p w14:paraId="2647F9F1" w14:textId="77777777" w:rsidR="00CC7D1B" w:rsidRDefault="00000000">
      <w:pPr>
        <w:pStyle w:val="STAOzetBaslik"/>
        <w:keepNext/>
      </w:pPr>
      <w:r>
        <w:t>ABSTRACT</w:t>
      </w:r>
    </w:p>
    <w:p w14:paraId="324C5863" w14:textId="77777777" w:rsidR="00CC7D1B" w:rsidRDefault="00000000" w:rsidP="00132C13">
      <w:pPr>
        <w:pStyle w:val="STAOzetMetni"/>
        <w:widowControl/>
        <w:spacing w:line="276" w:lineRule="auto"/>
      </w:pPr>
      <w:r>
        <w:t>[Enter your English abstract here. State the research problem and aim, theoretical or practice-based approach, method, and, where relevant, the sample/data/materials. Summarize supported findings and the study’s original contribution. Do not present anticipated outcomes as confirmed results. Follow the word limit announced for the event. Delete this guidance and replace it with your text.]</w:t>
      </w:r>
    </w:p>
    <w:p w14:paraId="35E78C88" w14:textId="77777777" w:rsidR="00CC7D1B" w:rsidRDefault="00000000" w:rsidP="00132C13">
      <w:pPr>
        <w:pStyle w:val="STAAnahtar"/>
        <w:spacing w:line="276" w:lineRule="auto"/>
      </w:pPr>
      <w:r>
        <w:rPr>
          <w:b/>
        </w:rPr>
        <w:t xml:space="preserve">Keywords   </w:t>
      </w:r>
      <w:r>
        <w:t>[Keyword 1], [Keyword 2], [Keyword 3]</w:t>
      </w:r>
    </w:p>
    <w:sectPr w:rsidR="000B6CA5">
      <w:headerReference w:type="default" r:id="rId9"/>
      <w:footerReference w:type="default" r:id="rId10"/>
      <w:pgSz w:w="11906" w:h="16838"/>
      <w:pgMar w:top="1332" w:right="1502" w:bottom="1162" w:left="1502" w:header="522" w:footer="5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FF13" w14:textId="77777777" w:rsidR="00DE79C8" w:rsidRDefault="00DE79C8">
      <w:pPr>
        <w:spacing w:after="0" w:line="240" w:lineRule="auto"/>
      </w:pPr>
      <w:r>
        <w:separator/>
      </w:r>
    </w:p>
  </w:endnote>
  <w:endnote w:type="continuationSeparator" w:id="0">
    <w:p w14:paraId="40594ABC" w14:textId="77777777" w:rsidR="00DE79C8" w:rsidRDefault="00DE7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7A6E" w14:textId="77777777" w:rsidR="00CC7D1B" w:rsidRDefault="00000000" w:rsidP="00921CF2">
    <w:pPr>
      <w:pStyle w:val="STADipnot"/>
      <w:tabs>
        <w:tab w:val="right" w:pos="8816"/>
      </w:tabs>
      <w:spacing w:before="0"/>
    </w:pPr>
    <w:r>
      <w:rPr>
        <w:color w:val="66717A"/>
      </w:rPr>
      <w:t>STA KONGRE  ·  [ETKİNLİK KISA ADI]  ·  STA-2026-BLD-02</w:t>
    </w:r>
    <w:r>
      <w:tab/>
    </w:r>
    <w:r>
      <w:rPr>
        <w:color w:val="66717A"/>
      </w:rPr>
      <w:fldChar w:fldCharType="begin"/>
    </w:r>
    <w:r>
      <w:rPr>
        <w:color w:val="66717A"/>
      </w:rPr>
      <w:instrText xml:space="preserve"> PAGE </w:instrText>
    </w:r>
    <w:r>
      <w:rPr>
        <w:color w:val="66717A"/>
      </w:rPr>
      <w:fldChar w:fldCharType="separate"/>
    </w:r>
    <w:r>
      <w:rPr>
        <w:color w:val="66717A"/>
      </w:rPr>
      <w:t>1</w:t>
    </w:r>
    <w:r>
      <w:rPr>
        <w:color w:val="66717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1D84" w14:textId="77777777" w:rsidR="00CC7D1B" w:rsidRDefault="00CC7D1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F4727" w14:textId="77777777" w:rsidR="00DE79C8" w:rsidRDefault="00DE79C8">
      <w:pPr>
        <w:spacing w:after="0" w:line="240" w:lineRule="auto"/>
      </w:pPr>
      <w:r>
        <w:separator/>
      </w:r>
    </w:p>
  </w:footnote>
  <w:footnote w:type="continuationSeparator" w:id="0">
    <w:p w14:paraId="177005D9" w14:textId="77777777" w:rsidR="00DE79C8" w:rsidRDefault="00DE7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FEC3" w14:textId="77777777" w:rsidR="00CC7D1B" w:rsidRDefault="00000000">
    <w:pPr>
      <w:pStyle w:val="STAEtiket"/>
      <w:pBdr>
        <w:bottom w:val="single" w:sz="8" w:space="4" w:color="A94B25"/>
      </w:pBdr>
      <w:spacing w:after="0"/>
    </w:pPr>
    <w:proofErr w:type="gramStart"/>
    <w:r>
      <w:t>STA  KONGRE</w:t>
    </w:r>
    <w:proofErr w:type="gramEnd"/>
    <w:r>
      <w:rPr>
        <w:color w:val="40454B"/>
      </w:rPr>
      <w:t xml:space="preserve">     /     BİLDİRİ ÖZET ŞABLONU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BAB8" w14:textId="77777777" w:rsidR="00CC7D1B" w:rsidRDefault="00CC7D1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55737200">
    <w:abstractNumId w:val="8"/>
  </w:num>
  <w:num w:numId="2" w16cid:durableId="169299498">
    <w:abstractNumId w:val="6"/>
  </w:num>
  <w:num w:numId="3" w16cid:durableId="1958639993">
    <w:abstractNumId w:val="5"/>
  </w:num>
  <w:num w:numId="4" w16cid:durableId="549805174">
    <w:abstractNumId w:val="4"/>
  </w:num>
  <w:num w:numId="5" w16cid:durableId="439180131">
    <w:abstractNumId w:val="7"/>
  </w:num>
  <w:num w:numId="6" w16cid:durableId="767120014">
    <w:abstractNumId w:val="3"/>
  </w:num>
  <w:num w:numId="7" w16cid:durableId="958803058">
    <w:abstractNumId w:val="2"/>
  </w:num>
  <w:num w:numId="8" w16cid:durableId="1602688602">
    <w:abstractNumId w:val="1"/>
  </w:num>
  <w:num w:numId="9" w16cid:durableId="638801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21CF2"/>
    <w:rsid w:val="00034616"/>
    <w:rsid w:val="00041257"/>
    <w:rsid w:val="0006063C"/>
    <w:rsid w:val="000A3326"/>
    <w:rsid w:val="000B6CA5"/>
    <w:rsid w:val="000F304A"/>
    <w:rsid w:val="00132C13"/>
    <w:rsid w:val="00146563"/>
    <w:rsid w:val="0015074B"/>
    <w:rsid w:val="00175B94"/>
    <w:rsid w:val="00186D5A"/>
    <w:rsid w:val="0029639D"/>
    <w:rsid w:val="00326F90"/>
    <w:rsid w:val="004B2D6F"/>
    <w:rsid w:val="005376DC"/>
    <w:rsid w:val="00566AED"/>
    <w:rsid w:val="007C09A8"/>
    <w:rsid w:val="00881A65"/>
    <w:rsid w:val="008919BB"/>
    <w:rsid w:val="00921CF2"/>
    <w:rsid w:val="00A95375"/>
    <w:rsid w:val="00AA1D8D"/>
    <w:rsid w:val="00B47730"/>
    <w:rsid w:val="00CB0664"/>
    <w:rsid w:val="00CC7D1B"/>
    <w:rsid w:val="00CE3D5F"/>
    <w:rsid w:val="00DC43EA"/>
    <w:rsid w:val="00DE79C8"/>
    <w:rsid w:val="00F70D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9C4401"/>
  <w14:defaultImageDpi w14:val="300"/>
  <w15:docId w15:val="{88ECFC58-F31D-47F3-93A1-D16E814C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317" w:lineRule="auto"/>
    </w:pPr>
    <w:rPr>
      <w:rFonts w:ascii="Inter" w:eastAsia="Inter" w:hAnsi="Inter"/>
      <w:color w:val="40454B"/>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Etiket">
    <w:name w:val="STA Etiket"/>
    <w:pPr>
      <w:spacing w:after="180" w:line="240" w:lineRule="auto"/>
    </w:pPr>
    <w:rPr>
      <w:rFonts w:ascii="Inter" w:eastAsia="Inter" w:hAnsi="Inter"/>
      <w:b/>
      <w:color w:val="A94B25"/>
      <w:sz w:val="16"/>
    </w:rPr>
  </w:style>
  <w:style w:type="paragraph" w:customStyle="1" w:styleId="STABolumBasligi">
    <w:name w:val="STA Bolum Basligi"/>
    <w:pPr>
      <w:spacing w:after="420" w:line="269" w:lineRule="auto"/>
    </w:pPr>
    <w:rPr>
      <w:rFonts w:ascii="Noto Serif" w:eastAsia="Noto Serif" w:hAnsi="Noto Serif"/>
      <w:b/>
      <w:color w:val="40454B"/>
      <w:sz w:val="42"/>
    </w:rPr>
  </w:style>
  <w:style w:type="paragraph" w:customStyle="1" w:styleId="STABolumAlt">
    <w:name w:val="STA Bolum Alt"/>
    <w:pPr>
      <w:spacing w:after="240" w:line="360" w:lineRule="auto"/>
    </w:pPr>
    <w:rPr>
      <w:rFonts w:ascii="Inter" w:eastAsia="Inter" w:hAnsi="Inter"/>
      <w:color w:val="40454B"/>
      <w:sz w:val="18"/>
    </w:rPr>
  </w:style>
  <w:style w:type="paragraph" w:customStyle="1" w:styleId="STAMiniBaslik">
    <w:name w:val="STA Mini Baslik"/>
    <w:pPr>
      <w:spacing w:before="300" w:after="140" w:line="288" w:lineRule="auto"/>
    </w:pPr>
    <w:rPr>
      <w:rFonts w:ascii="Inter" w:eastAsia="Inter" w:hAnsi="Inter"/>
      <w:b/>
      <w:color w:val="A94B25"/>
      <w:sz w:val="18"/>
    </w:rPr>
  </w:style>
  <w:style w:type="paragraph" w:customStyle="1" w:styleId="STAMetaEtiket">
    <w:name w:val="STA Meta Etiket"/>
    <w:pPr>
      <w:spacing w:after="0" w:line="288" w:lineRule="auto"/>
    </w:pPr>
    <w:rPr>
      <w:rFonts w:ascii="Inter" w:eastAsia="Inter" w:hAnsi="Inter"/>
      <w:b/>
      <w:color w:val="40454B"/>
      <w:sz w:val="17"/>
    </w:rPr>
  </w:style>
  <w:style w:type="paragraph" w:customStyle="1" w:styleId="STAMetaDeger">
    <w:name w:val="STA Meta Deger"/>
    <w:pPr>
      <w:spacing w:after="0" w:line="307" w:lineRule="auto"/>
    </w:pPr>
    <w:rPr>
      <w:rFonts w:ascii="Inter" w:eastAsia="Inter" w:hAnsi="Inter"/>
      <w:color w:val="40454B"/>
      <w:sz w:val="18"/>
    </w:rPr>
  </w:style>
  <w:style w:type="paragraph" w:customStyle="1" w:styleId="STAGovde">
    <w:name w:val="STA Govde"/>
    <w:pPr>
      <w:spacing w:line="372" w:lineRule="auto"/>
    </w:pPr>
    <w:rPr>
      <w:rFonts w:ascii="Inter" w:eastAsia="Inter" w:hAnsi="Inter"/>
      <w:color w:val="40454B"/>
      <w:sz w:val="20"/>
    </w:rPr>
  </w:style>
  <w:style w:type="paragraph" w:customStyle="1" w:styleId="STAKurulBaslik">
    <w:name w:val="STA Kurul Baslik"/>
    <w:pPr>
      <w:spacing w:before="320" w:after="160" w:line="288" w:lineRule="auto"/>
    </w:pPr>
    <w:rPr>
      <w:rFonts w:ascii="Inter" w:eastAsia="Inter" w:hAnsi="Inter"/>
      <w:b/>
      <w:color w:val="A94B25"/>
    </w:rPr>
  </w:style>
  <w:style w:type="paragraph" w:customStyle="1" w:styleId="STAKurulAdi">
    <w:name w:val="STA Kurul Adi"/>
    <w:pPr>
      <w:spacing w:after="0" w:line="317" w:lineRule="auto"/>
    </w:pPr>
    <w:rPr>
      <w:rFonts w:ascii="Inter" w:eastAsia="Inter" w:hAnsi="Inter"/>
      <w:color w:val="40454B"/>
      <w:sz w:val="18"/>
    </w:rPr>
  </w:style>
  <w:style w:type="paragraph" w:customStyle="1" w:styleId="STAIcindekiler">
    <w:name w:val="STA Icindekiler"/>
    <w:pPr>
      <w:spacing w:after="20" w:line="312" w:lineRule="auto"/>
    </w:pPr>
    <w:rPr>
      <w:rFonts w:ascii="Inter" w:eastAsia="Inter" w:hAnsi="Inter"/>
      <w:color w:val="40454B"/>
      <w:sz w:val="18"/>
    </w:rPr>
  </w:style>
  <w:style w:type="paragraph" w:customStyle="1" w:styleId="STABildiriEtiket">
    <w:name w:val="STA Bildiri Etiket"/>
    <w:pPr>
      <w:spacing w:after="240" w:line="288" w:lineRule="auto"/>
    </w:pPr>
    <w:rPr>
      <w:rFonts w:ascii="Inter" w:eastAsia="Inter" w:hAnsi="Inter"/>
      <w:b/>
      <w:color w:val="A94B25"/>
      <w:sz w:val="16"/>
    </w:rPr>
  </w:style>
  <w:style w:type="paragraph" w:customStyle="1" w:styleId="STABildiriBaslik">
    <w:name w:val="STA Bildiri Baslik"/>
    <w:pPr>
      <w:spacing w:after="300" w:line="300" w:lineRule="auto"/>
    </w:pPr>
    <w:rPr>
      <w:rFonts w:ascii="Noto Serif" w:eastAsia="Noto Serif" w:hAnsi="Noto Serif"/>
      <w:b/>
      <w:color w:val="40454B"/>
      <w:sz w:val="34"/>
    </w:rPr>
  </w:style>
  <w:style w:type="paragraph" w:customStyle="1" w:styleId="STAYazar">
    <w:name w:val="STA Yazar"/>
    <w:pPr>
      <w:spacing w:after="60" w:line="288" w:lineRule="auto"/>
    </w:pPr>
    <w:rPr>
      <w:rFonts w:ascii="Inter" w:eastAsia="Inter" w:hAnsi="Inter"/>
      <w:b/>
      <w:color w:val="40454B"/>
      <w:sz w:val="19"/>
    </w:rPr>
  </w:style>
  <w:style w:type="paragraph" w:customStyle="1" w:styleId="STAKurum">
    <w:name w:val="STA Kurum"/>
    <w:pPr>
      <w:spacing w:after="300" w:line="312" w:lineRule="auto"/>
    </w:pPr>
    <w:rPr>
      <w:rFonts w:ascii="Inter" w:eastAsia="Inter" w:hAnsi="Inter"/>
      <w:color w:val="40454B"/>
      <w:sz w:val="17"/>
    </w:rPr>
  </w:style>
  <w:style w:type="paragraph" w:customStyle="1" w:styleId="STAOzetBaslik">
    <w:name w:val="STA Ozet Baslik"/>
    <w:pPr>
      <w:spacing w:before="240" w:after="140" w:line="240" w:lineRule="auto"/>
    </w:pPr>
    <w:rPr>
      <w:rFonts w:ascii="Inter" w:eastAsia="Inter" w:hAnsi="Inter"/>
      <w:b/>
      <w:color w:val="A94B25"/>
      <w:sz w:val="18"/>
    </w:rPr>
  </w:style>
  <w:style w:type="paragraph" w:customStyle="1" w:styleId="STAOzetMetni">
    <w:name w:val="STA Ozet Metni"/>
    <w:pPr>
      <w:spacing w:after="220" w:line="360" w:lineRule="auto"/>
      <w:jc w:val="both"/>
    </w:pPr>
    <w:rPr>
      <w:rFonts w:ascii="Inter" w:eastAsia="Inter" w:hAnsi="Inter"/>
      <w:color w:val="40454B"/>
    </w:rPr>
  </w:style>
  <w:style w:type="paragraph" w:customStyle="1" w:styleId="STAAnahtar">
    <w:name w:val="STA Anahtar"/>
    <w:pPr>
      <w:spacing w:after="260" w:line="312" w:lineRule="auto"/>
    </w:pPr>
    <w:rPr>
      <w:rFonts w:ascii="Inter" w:eastAsia="Inter" w:hAnsi="Inter"/>
      <w:color w:val="40454B"/>
      <w:sz w:val="17"/>
    </w:rPr>
  </w:style>
  <w:style w:type="paragraph" w:customStyle="1" w:styleId="STADipnot">
    <w:name w:val="STA Dipnot"/>
    <w:pPr>
      <w:spacing w:before="240" w:after="0" w:line="300" w:lineRule="auto"/>
    </w:pPr>
    <w:rPr>
      <w:rFonts w:ascii="Inter" w:eastAsia="Inter" w:hAnsi="Inter"/>
      <w:color w:val="40454B"/>
      <w:sz w:val="15"/>
    </w:rPr>
  </w:style>
  <w:style w:type="paragraph" w:customStyle="1" w:styleId="STAKapakUst">
    <w:name w:val="STA Kapak Ust"/>
    <w:pPr>
      <w:spacing w:line="264" w:lineRule="auto"/>
    </w:pPr>
    <w:rPr>
      <w:rFonts w:ascii="Inter" w:eastAsia="Inter" w:hAnsi="Inter"/>
      <w:b/>
      <w:color w:val="A94B25"/>
      <w:sz w:val="17"/>
    </w:rPr>
  </w:style>
  <w:style w:type="paragraph" w:customStyle="1" w:styleId="STAKapakKucuk">
    <w:name w:val="STA Kapak Kucuk"/>
    <w:pPr>
      <w:spacing w:after="160" w:line="312" w:lineRule="auto"/>
    </w:pPr>
    <w:rPr>
      <w:rFonts w:ascii="Inter" w:eastAsia="Inter" w:hAnsi="Inter"/>
      <w:color w:val="40454B"/>
      <w:sz w:val="20"/>
    </w:rPr>
  </w:style>
  <w:style w:type="paragraph" w:customStyle="1" w:styleId="STAKapakEtkinlik">
    <w:name w:val="STA Kapak Etkinlik"/>
    <w:pPr>
      <w:spacing w:after="320" w:line="286" w:lineRule="auto"/>
    </w:pPr>
    <w:rPr>
      <w:rFonts w:ascii="Noto Serif" w:eastAsia="Noto Serif" w:hAnsi="Noto Serif"/>
      <w:b/>
      <w:color w:val="40454B"/>
      <w:sz w:val="52"/>
    </w:rPr>
  </w:style>
  <w:style w:type="paragraph" w:customStyle="1" w:styleId="STAKapakKitap">
    <w:name w:val="STA Kapak Kitap"/>
    <w:pPr>
      <w:spacing w:after="160" w:line="281" w:lineRule="auto"/>
    </w:pPr>
    <w:rPr>
      <w:rFonts w:ascii="Inter" w:eastAsia="Inter" w:hAnsi="Inter"/>
      <w:b/>
      <w:color w:val="A94B25"/>
      <w:sz w:val="48"/>
    </w:rPr>
  </w:style>
  <w:style w:type="paragraph" w:customStyle="1" w:styleId="STAKapakIngilizce">
    <w:name w:val="STA Kapak Ingilizce"/>
    <w:pPr>
      <w:spacing w:after="440" w:line="300" w:lineRule="auto"/>
    </w:pPr>
    <w:rPr>
      <w:rFonts w:ascii="Inter" w:eastAsia="Inter" w:hAnsi="Inter"/>
      <w:color w:val="40454B"/>
      <w:sz w:val="24"/>
    </w:rPr>
  </w:style>
  <w:style w:type="paragraph" w:customStyle="1" w:styleId="STAKapakAlt">
    <w:name w:val="STA Kapak Alt"/>
    <w:pPr>
      <w:spacing w:after="140" w:line="336" w:lineRule="auto"/>
    </w:pPr>
    <w:rPr>
      <w:rFonts w:ascii="Inter" w:eastAsia="Inter" w:hAnsi="Inter"/>
      <w:color w:val="40454B"/>
      <w:sz w:val="18"/>
    </w:rPr>
  </w:style>
  <w:style w:type="paragraph" w:customStyle="1" w:styleId="STAOnsozMetni">
    <w:name w:val="STA Onsoz Metni"/>
    <w:basedOn w:val="STAGovde"/>
    <w:pPr>
      <w:spacing w:after="240" w:line="36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lya\Downloads\STA_Kongre_Bildiri_Ozet_Kitapcigi_Sablon_v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STA_Kongre_Bildiri_Ozet_Kitapcigi_Sablon_v1.1.dotx</Template>
  <TotalTime>19</TotalTime>
  <Pages>15</Pages>
  <Words>2041</Words>
  <Characters>11638</Characters>
  <Application>Microsoft Office Word</Application>
  <DocSecurity>0</DocSecurity>
  <Lines>96</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STA Kongre — Bildiri Özet Kitapçığı (Kurullar tek sayfa)</vt:lpstr>
      <vt:lpstr/>
    </vt:vector>
  </TitlesOfParts>
  <Manager/>
  <Company/>
  <LinksUpToDate>false</LinksUpToDate>
  <CharactersWithSpaces>13652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 Kongre | Bildiri Özeti Yazım Şablonu (TR/EN)</dc:title>
  <dc:subject>Yazarlar için iki sayfalık bildiri özeti şablonu</dc:subject>
  <dc:creator>Hakem</dc:creator>
  <cp:keywords>STA-2026-BLD-02; bildiri özeti; abstract template</cp:keywords>
  <dc:description>Kitapçık şablonunun Türkçe ve İngilizce özet sayfalarından uyarlanmıştır.</dc:description>
  <cp:lastModifiedBy>Hakem</cp:lastModifiedBy>
  <cp:revision>7</cp:revision>
  <dcterms:created xsi:type="dcterms:W3CDTF">2026-10-09T22:30:00Z</dcterms:created>
  <dcterms:modified xsi:type="dcterms:W3CDTF">2026-10-10T11:55:00Z</dcterms:modified>
  <cp:category/>
</cp:coreProperties>
</file>