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B585" w14:textId="77777777" w:rsidR="00CA2AD1" w:rsidRDefault="00CA2AD1">
      <w:pPr>
        <w:keepNext/>
        <w:spacing w:after="20" w:line="254" w:lineRule="auto"/>
        <w:jc w:val="center"/>
        <w:rPr>
          <w:b/>
          <w:color w:val="22262B"/>
          <w:sz w:val="30"/>
        </w:rPr>
      </w:pPr>
    </w:p>
    <w:p w14:paraId="3336ED98" w14:textId="1A60A207" w:rsidR="00F16E81" w:rsidRDefault="00000000">
      <w:pPr>
        <w:keepNext/>
        <w:spacing w:after="20" w:line="254" w:lineRule="auto"/>
        <w:jc w:val="center"/>
      </w:pPr>
      <w:r>
        <w:rPr>
          <w:b/>
          <w:color w:val="22262B"/>
          <w:sz w:val="30"/>
        </w:rPr>
        <w:t>“………………………..”</w:t>
      </w:r>
    </w:p>
    <w:p w14:paraId="5D459EC8" w14:textId="77777777" w:rsidR="00F16E81" w:rsidRDefault="00000000">
      <w:pPr>
        <w:keepNext/>
        <w:spacing w:before="20" w:after="20" w:line="254" w:lineRule="auto"/>
        <w:jc w:val="center"/>
      </w:pPr>
      <w:r>
        <w:rPr>
          <w:b/>
          <w:color w:val="22262B"/>
          <w:sz w:val="26"/>
        </w:rPr>
        <w:t>SEMPOZYUMU</w:t>
      </w:r>
    </w:p>
    <w:p w14:paraId="52E95232" w14:textId="77777777" w:rsidR="00F16E81" w:rsidRDefault="00000000">
      <w:pPr>
        <w:keepNext/>
        <w:spacing w:before="20" w:after="20" w:line="254" w:lineRule="auto"/>
        <w:jc w:val="center"/>
      </w:pPr>
      <w:r>
        <w:rPr>
          <w:b/>
          <w:color w:val="BC4938"/>
          <w:sz w:val="26"/>
        </w:rPr>
        <w:t>BİLDİRİ BAŞVURU VE BEYAN FORMU</w:t>
      </w:r>
    </w:p>
    <w:p w14:paraId="5C032573" w14:textId="77777777" w:rsidR="00F16E81" w:rsidRDefault="00000000">
      <w:pPr>
        <w:spacing w:before="180" w:after="80" w:line="240" w:lineRule="auto"/>
        <w:rPr>
          <w:color w:val="666666"/>
          <w:sz w:val="18"/>
        </w:rPr>
      </w:pPr>
      <w:r>
        <w:rPr>
          <w:b/>
          <w:color w:val="666666"/>
          <w:sz w:val="18"/>
        </w:rPr>
        <w:t xml:space="preserve">Not: </w:t>
      </w:r>
      <w:r>
        <w:rPr>
          <w:color w:val="666666"/>
          <w:sz w:val="18"/>
        </w:rPr>
        <w:t xml:space="preserve">Başlıktaki noktalı alan etkinliğin tam adı için yazar tarafından doldurulacaktır. Form bilgisayar ortamında doldurulmalı, imzalanmalı ve PDF </w:t>
      </w:r>
      <w:proofErr w:type="spellStart"/>
      <w:r>
        <w:rPr>
          <w:color w:val="666666"/>
          <w:sz w:val="18"/>
        </w:rPr>
        <w:t>olarak</w:t>
      </w:r>
      <w:proofErr w:type="spellEnd"/>
      <w:r>
        <w:rPr>
          <w:color w:val="666666"/>
          <w:sz w:val="18"/>
        </w:rPr>
        <w:t xml:space="preserve"> </w:t>
      </w:r>
      <w:proofErr w:type="spellStart"/>
      <w:r>
        <w:rPr>
          <w:color w:val="666666"/>
          <w:sz w:val="18"/>
        </w:rPr>
        <w:t>sisteme</w:t>
      </w:r>
      <w:proofErr w:type="spellEnd"/>
      <w:r>
        <w:rPr>
          <w:color w:val="666666"/>
          <w:sz w:val="18"/>
        </w:rPr>
        <w:t xml:space="preserve"> </w:t>
      </w:r>
      <w:proofErr w:type="spellStart"/>
      <w:r>
        <w:rPr>
          <w:color w:val="666666"/>
          <w:sz w:val="18"/>
        </w:rPr>
        <w:t>yüklenmelidir</w:t>
      </w:r>
      <w:proofErr w:type="spellEnd"/>
      <w:r>
        <w:rPr>
          <w:color w:val="666666"/>
          <w:sz w:val="18"/>
        </w:rPr>
        <w:t>.</w:t>
      </w:r>
    </w:p>
    <w:p w14:paraId="3683F9AD" w14:textId="77777777" w:rsidR="00CA2AD1" w:rsidRDefault="00CA2AD1">
      <w:pPr>
        <w:spacing w:before="180" w:after="80" w:line="240" w:lineRule="auto"/>
      </w:pPr>
    </w:p>
    <w:p w14:paraId="7FC08C15" w14:textId="77777777" w:rsidR="00F16E81" w:rsidRDefault="00000000">
      <w:pPr>
        <w:keepNext/>
        <w:keepLines/>
        <w:spacing w:before="120" w:after="40" w:line="240" w:lineRule="auto"/>
      </w:pPr>
      <w:r>
        <w:rPr>
          <w:b/>
          <w:color w:val="C45234"/>
          <w:sz w:val="22"/>
        </w:rPr>
        <w:t>1. Başvuru Bilgileri / Submission Information</w:t>
      </w:r>
    </w:p>
    <w:tbl>
      <w:tblPr>
        <w:tblStyle w:val="TabloKlavuzu"/>
        <w:tblW w:w="0" w:type="auto"/>
        <w:jc w:val="center"/>
        <w:tblLook w:val="04A0" w:firstRow="1" w:lastRow="0" w:firstColumn="1" w:lastColumn="0" w:noHBand="0" w:noVBand="1"/>
      </w:tblPr>
      <w:tblGrid>
        <w:gridCol w:w="5090"/>
        <w:gridCol w:w="5088"/>
      </w:tblGrid>
      <w:tr w:rsidR="00F16E81" w14:paraId="0B1B0B5D" w14:textId="77777777">
        <w:trPr>
          <w:cantSplit/>
          <w:trHeight w:val="794"/>
          <w:jc w:val="center"/>
        </w:trPr>
        <w:tc>
          <w:tcPr>
            <w:tcW w:w="5156" w:type="dxa"/>
            <w:shd w:val="clear" w:color="auto" w:fill="F3F1EC"/>
            <w:tcMar>
              <w:top w:w="80" w:type="dxa"/>
              <w:left w:w="100" w:type="dxa"/>
              <w:bottom w:w="80" w:type="dxa"/>
              <w:right w:w="100" w:type="dxa"/>
            </w:tcMar>
            <w:vAlign w:val="center"/>
          </w:tcPr>
          <w:p w14:paraId="18CB03A2" w14:textId="77777777" w:rsidR="00F16E81" w:rsidRDefault="00000000">
            <w:r>
              <w:rPr>
                <w:b/>
                <w:color w:val="000000"/>
                <w:sz w:val="18"/>
              </w:rPr>
              <w:t>Bildiri Başlığı (Türkçe)</w:t>
            </w:r>
            <w:r>
              <w:br/>
            </w:r>
            <w:r>
              <w:rPr>
                <w:b/>
                <w:color w:val="000000"/>
                <w:sz w:val="18"/>
              </w:rPr>
              <w:t>Paper Title (Turkish)</w:t>
            </w:r>
          </w:p>
        </w:tc>
        <w:tc>
          <w:tcPr>
            <w:tcW w:w="5156" w:type="dxa"/>
            <w:tcMar>
              <w:top w:w="80" w:type="dxa"/>
              <w:left w:w="100" w:type="dxa"/>
              <w:bottom w:w="80" w:type="dxa"/>
              <w:right w:w="100" w:type="dxa"/>
            </w:tcMar>
            <w:vAlign w:val="center"/>
          </w:tcPr>
          <w:p w14:paraId="3F571706" w14:textId="77777777" w:rsidR="00F16E81" w:rsidRDefault="00F16E81"/>
        </w:tc>
      </w:tr>
      <w:tr w:rsidR="00F16E81" w14:paraId="0AA23053" w14:textId="77777777">
        <w:trPr>
          <w:cantSplit/>
          <w:trHeight w:val="794"/>
          <w:jc w:val="center"/>
        </w:trPr>
        <w:tc>
          <w:tcPr>
            <w:tcW w:w="5156" w:type="dxa"/>
            <w:shd w:val="clear" w:color="auto" w:fill="F3F1EC"/>
            <w:tcMar>
              <w:top w:w="80" w:type="dxa"/>
              <w:left w:w="100" w:type="dxa"/>
              <w:bottom w:w="80" w:type="dxa"/>
              <w:right w:w="100" w:type="dxa"/>
            </w:tcMar>
            <w:vAlign w:val="center"/>
          </w:tcPr>
          <w:p w14:paraId="278F9B85" w14:textId="77777777" w:rsidR="00F16E81" w:rsidRDefault="00000000">
            <w:r>
              <w:rPr>
                <w:b/>
                <w:color w:val="000000"/>
                <w:sz w:val="18"/>
              </w:rPr>
              <w:t>Bildiri Başlığı (İngilizce)</w:t>
            </w:r>
            <w:r>
              <w:br/>
            </w:r>
            <w:r>
              <w:rPr>
                <w:b/>
                <w:color w:val="000000"/>
                <w:sz w:val="18"/>
              </w:rPr>
              <w:t>Paper Title (English)</w:t>
            </w:r>
          </w:p>
        </w:tc>
        <w:tc>
          <w:tcPr>
            <w:tcW w:w="5156" w:type="dxa"/>
            <w:tcMar>
              <w:top w:w="80" w:type="dxa"/>
              <w:left w:w="100" w:type="dxa"/>
              <w:bottom w:w="80" w:type="dxa"/>
              <w:right w:w="100" w:type="dxa"/>
            </w:tcMar>
            <w:vAlign w:val="center"/>
          </w:tcPr>
          <w:p w14:paraId="4B4E01A7" w14:textId="77777777" w:rsidR="00F16E81" w:rsidRDefault="00F16E81"/>
        </w:tc>
      </w:tr>
      <w:tr w:rsidR="00F16E81" w14:paraId="5114DB74" w14:textId="77777777">
        <w:trPr>
          <w:cantSplit/>
          <w:trHeight w:val="567"/>
          <w:jc w:val="center"/>
        </w:trPr>
        <w:tc>
          <w:tcPr>
            <w:tcW w:w="5156" w:type="dxa"/>
            <w:shd w:val="clear" w:color="auto" w:fill="F3F1EC"/>
            <w:tcMar>
              <w:top w:w="80" w:type="dxa"/>
              <w:left w:w="100" w:type="dxa"/>
              <w:bottom w:w="80" w:type="dxa"/>
              <w:right w:w="100" w:type="dxa"/>
            </w:tcMar>
            <w:vAlign w:val="center"/>
          </w:tcPr>
          <w:p w14:paraId="0B248CAA" w14:textId="77777777" w:rsidR="00F16E81" w:rsidRDefault="00000000">
            <w:r>
              <w:rPr>
                <w:b/>
                <w:color w:val="000000"/>
                <w:sz w:val="18"/>
              </w:rPr>
              <w:t>Ana Tema / Main Theme</w:t>
            </w:r>
          </w:p>
        </w:tc>
        <w:tc>
          <w:tcPr>
            <w:tcW w:w="5156" w:type="dxa"/>
            <w:tcMar>
              <w:top w:w="80" w:type="dxa"/>
              <w:left w:w="100" w:type="dxa"/>
              <w:bottom w:w="80" w:type="dxa"/>
              <w:right w:w="100" w:type="dxa"/>
            </w:tcMar>
            <w:vAlign w:val="center"/>
          </w:tcPr>
          <w:p w14:paraId="14350531" w14:textId="77777777" w:rsidR="00F16E81" w:rsidRDefault="00000000">
            <w:r>
              <w:rPr>
                <w:i/>
                <w:color w:val="666666"/>
                <w:sz w:val="18"/>
              </w:rPr>
              <w:t>Lütfen uygun ana temayı yazınız. / Please specify the relevant main theme.</w:t>
            </w:r>
          </w:p>
        </w:tc>
      </w:tr>
      <w:tr w:rsidR="00F16E81" w14:paraId="75EA8EC1" w14:textId="77777777">
        <w:trPr>
          <w:cantSplit/>
          <w:trHeight w:val="567"/>
          <w:jc w:val="center"/>
        </w:trPr>
        <w:tc>
          <w:tcPr>
            <w:tcW w:w="5156" w:type="dxa"/>
            <w:shd w:val="clear" w:color="auto" w:fill="F3F1EC"/>
            <w:tcMar>
              <w:top w:w="80" w:type="dxa"/>
              <w:left w:w="100" w:type="dxa"/>
              <w:bottom w:w="80" w:type="dxa"/>
              <w:right w:w="100" w:type="dxa"/>
            </w:tcMar>
            <w:vAlign w:val="center"/>
          </w:tcPr>
          <w:p w14:paraId="2833C2E4" w14:textId="77777777" w:rsidR="00F16E81" w:rsidRDefault="00000000">
            <w:r>
              <w:rPr>
                <w:b/>
                <w:color w:val="000000"/>
                <w:sz w:val="18"/>
              </w:rPr>
              <w:t>Başvuru Kodu – Geliş Tarihi – Karar Tarihi</w:t>
            </w:r>
            <w:r>
              <w:br/>
            </w:r>
            <w:r>
              <w:rPr>
                <w:b/>
                <w:color w:val="000000"/>
                <w:sz w:val="18"/>
              </w:rPr>
              <w:t>Submission Code – Received Date – Decision Date</w:t>
            </w:r>
          </w:p>
        </w:tc>
        <w:tc>
          <w:tcPr>
            <w:tcW w:w="5156" w:type="dxa"/>
            <w:tcMar>
              <w:top w:w="80" w:type="dxa"/>
              <w:left w:w="100" w:type="dxa"/>
              <w:bottom w:w="80" w:type="dxa"/>
              <w:right w:w="100" w:type="dxa"/>
            </w:tcMar>
            <w:vAlign w:val="center"/>
          </w:tcPr>
          <w:p w14:paraId="64C85ED2" w14:textId="77777777" w:rsidR="00F16E81" w:rsidRDefault="00000000">
            <w:r>
              <w:rPr>
                <w:i/>
                <w:color w:val="666666"/>
                <w:sz w:val="18"/>
              </w:rPr>
              <w:t>Bu alan sekretarya tarafından doldurulur. / Completed by the secretariat.</w:t>
            </w:r>
          </w:p>
        </w:tc>
      </w:tr>
    </w:tbl>
    <w:p w14:paraId="38F2D034" w14:textId="77777777" w:rsidR="00CA2AD1" w:rsidRDefault="00CA2AD1">
      <w:pPr>
        <w:keepNext/>
        <w:keepLines/>
        <w:spacing w:before="120" w:after="40" w:line="240" w:lineRule="auto"/>
        <w:rPr>
          <w:b/>
          <w:color w:val="C45234"/>
          <w:sz w:val="22"/>
        </w:rPr>
      </w:pPr>
    </w:p>
    <w:p w14:paraId="4273749B" w14:textId="000E201E" w:rsidR="00F16E81" w:rsidRDefault="00000000">
      <w:pPr>
        <w:keepNext/>
        <w:keepLines/>
        <w:spacing w:before="120" w:after="40" w:line="240" w:lineRule="auto"/>
      </w:pPr>
      <w:r>
        <w:rPr>
          <w:b/>
          <w:color w:val="C45234"/>
          <w:sz w:val="22"/>
        </w:rPr>
        <w:t>2. Yazar Bilgileri / Author Information</w:t>
      </w:r>
    </w:p>
    <w:tbl>
      <w:tblPr>
        <w:tblStyle w:val="TabloKlavuzu"/>
        <w:tblW w:w="0" w:type="auto"/>
        <w:jc w:val="center"/>
        <w:tblLook w:val="04A0" w:firstRow="1" w:lastRow="0" w:firstColumn="1" w:lastColumn="0" w:noHBand="0" w:noVBand="1"/>
      </w:tblPr>
      <w:tblGrid>
        <w:gridCol w:w="2552"/>
        <w:gridCol w:w="2538"/>
        <w:gridCol w:w="2544"/>
        <w:gridCol w:w="2544"/>
      </w:tblGrid>
      <w:tr w:rsidR="00F16E81" w14:paraId="18F3421E" w14:textId="77777777">
        <w:trPr>
          <w:cantSplit/>
          <w:jc w:val="center"/>
        </w:trPr>
        <w:tc>
          <w:tcPr>
            <w:tcW w:w="2578" w:type="dxa"/>
            <w:shd w:val="clear" w:color="auto" w:fill="3E434B"/>
            <w:tcMar>
              <w:top w:w="80" w:type="dxa"/>
              <w:left w:w="100" w:type="dxa"/>
              <w:bottom w:w="80" w:type="dxa"/>
              <w:right w:w="100" w:type="dxa"/>
            </w:tcMar>
            <w:vAlign w:val="center"/>
          </w:tcPr>
          <w:p w14:paraId="624D26C3" w14:textId="77777777" w:rsidR="00F16E81" w:rsidRDefault="00000000">
            <w:pPr>
              <w:jc w:val="center"/>
            </w:pPr>
            <w:r>
              <w:rPr>
                <w:b/>
                <w:color w:val="FFFFFF"/>
                <w:sz w:val="18"/>
              </w:rPr>
              <w:t>Rol / Role</w:t>
            </w:r>
          </w:p>
        </w:tc>
        <w:tc>
          <w:tcPr>
            <w:tcW w:w="2578" w:type="dxa"/>
            <w:shd w:val="clear" w:color="auto" w:fill="3E434B"/>
            <w:tcMar>
              <w:top w:w="80" w:type="dxa"/>
              <w:left w:w="100" w:type="dxa"/>
              <w:bottom w:w="80" w:type="dxa"/>
              <w:right w:w="100" w:type="dxa"/>
            </w:tcMar>
            <w:vAlign w:val="center"/>
          </w:tcPr>
          <w:p w14:paraId="44D4F97B" w14:textId="77777777" w:rsidR="00F16E81" w:rsidRDefault="00000000">
            <w:pPr>
              <w:jc w:val="center"/>
            </w:pPr>
            <w:r>
              <w:rPr>
                <w:b/>
                <w:color w:val="FFFFFF"/>
                <w:sz w:val="18"/>
              </w:rPr>
              <w:t>Unvan, Ad Soyad</w:t>
            </w:r>
            <w:r>
              <w:br/>
            </w:r>
            <w:r>
              <w:rPr>
                <w:b/>
                <w:color w:val="FFFFFF"/>
                <w:sz w:val="18"/>
              </w:rPr>
              <w:t>Title, Full Name</w:t>
            </w:r>
          </w:p>
        </w:tc>
        <w:tc>
          <w:tcPr>
            <w:tcW w:w="2578" w:type="dxa"/>
            <w:shd w:val="clear" w:color="auto" w:fill="3E434B"/>
            <w:tcMar>
              <w:top w:w="80" w:type="dxa"/>
              <w:left w:w="100" w:type="dxa"/>
              <w:bottom w:w="80" w:type="dxa"/>
              <w:right w:w="100" w:type="dxa"/>
            </w:tcMar>
            <w:vAlign w:val="center"/>
          </w:tcPr>
          <w:p w14:paraId="3973BA14" w14:textId="77777777" w:rsidR="00F16E81" w:rsidRDefault="00000000">
            <w:pPr>
              <w:jc w:val="center"/>
            </w:pPr>
            <w:r>
              <w:rPr>
                <w:b/>
                <w:color w:val="FFFFFF"/>
                <w:sz w:val="18"/>
              </w:rPr>
              <w:t>Kurum</w:t>
            </w:r>
            <w:r>
              <w:br/>
            </w:r>
            <w:r>
              <w:rPr>
                <w:b/>
                <w:color w:val="FFFFFF"/>
                <w:sz w:val="18"/>
              </w:rPr>
              <w:t>Institution</w:t>
            </w:r>
          </w:p>
        </w:tc>
        <w:tc>
          <w:tcPr>
            <w:tcW w:w="2578" w:type="dxa"/>
            <w:shd w:val="clear" w:color="auto" w:fill="3E434B"/>
            <w:tcMar>
              <w:top w:w="80" w:type="dxa"/>
              <w:left w:w="100" w:type="dxa"/>
              <w:bottom w:w="80" w:type="dxa"/>
              <w:right w:w="100" w:type="dxa"/>
            </w:tcMar>
            <w:vAlign w:val="center"/>
          </w:tcPr>
          <w:p w14:paraId="27B6554D" w14:textId="77777777" w:rsidR="00F16E81" w:rsidRDefault="00000000">
            <w:pPr>
              <w:jc w:val="center"/>
            </w:pPr>
            <w:r>
              <w:rPr>
                <w:b/>
                <w:color w:val="FFFFFF"/>
                <w:sz w:val="18"/>
              </w:rPr>
              <w:t>E-posta, ORCID, Cep Telefonu</w:t>
            </w:r>
            <w:r>
              <w:br/>
            </w:r>
            <w:r>
              <w:rPr>
                <w:b/>
                <w:color w:val="FFFFFF"/>
                <w:sz w:val="18"/>
              </w:rPr>
              <w:t>Email, ORCID, Mobile</w:t>
            </w:r>
          </w:p>
        </w:tc>
      </w:tr>
      <w:tr w:rsidR="00F16E81" w14:paraId="041A00F0" w14:textId="77777777">
        <w:trPr>
          <w:cantSplit/>
          <w:jc w:val="center"/>
        </w:trPr>
        <w:tc>
          <w:tcPr>
            <w:tcW w:w="2578" w:type="dxa"/>
            <w:tcMar>
              <w:top w:w="80" w:type="dxa"/>
              <w:left w:w="100" w:type="dxa"/>
              <w:bottom w:w="80" w:type="dxa"/>
              <w:right w:w="100" w:type="dxa"/>
            </w:tcMar>
            <w:vAlign w:val="center"/>
          </w:tcPr>
          <w:p w14:paraId="473C35E4" w14:textId="77777777" w:rsidR="00F16E81" w:rsidRDefault="00000000">
            <w:r>
              <w:rPr>
                <w:b/>
                <w:color w:val="000000"/>
                <w:sz w:val="18"/>
              </w:rPr>
              <w:t>Sorumlu Yazar</w:t>
            </w:r>
            <w:r>
              <w:br/>
            </w:r>
            <w:r>
              <w:rPr>
                <w:b/>
                <w:color w:val="000000"/>
                <w:sz w:val="18"/>
              </w:rPr>
              <w:t>Corresponding Author</w:t>
            </w:r>
          </w:p>
        </w:tc>
        <w:tc>
          <w:tcPr>
            <w:tcW w:w="2578" w:type="dxa"/>
            <w:tcMar>
              <w:top w:w="80" w:type="dxa"/>
              <w:left w:w="100" w:type="dxa"/>
              <w:bottom w:w="80" w:type="dxa"/>
              <w:right w:w="100" w:type="dxa"/>
            </w:tcMar>
            <w:vAlign w:val="center"/>
          </w:tcPr>
          <w:p w14:paraId="6BEC401F" w14:textId="77777777" w:rsidR="00F16E81" w:rsidRDefault="00F16E81"/>
        </w:tc>
        <w:tc>
          <w:tcPr>
            <w:tcW w:w="2578" w:type="dxa"/>
            <w:tcMar>
              <w:top w:w="80" w:type="dxa"/>
              <w:left w:w="100" w:type="dxa"/>
              <w:bottom w:w="80" w:type="dxa"/>
              <w:right w:w="100" w:type="dxa"/>
            </w:tcMar>
            <w:vAlign w:val="center"/>
          </w:tcPr>
          <w:p w14:paraId="6164CC5D" w14:textId="77777777" w:rsidR="00F16E81" w:rsidRDefault="00F16E81"/>
        </w:tc>
        <w:tc>
          <w:tcPr>
            <w:tcW w:w="2578" w:type="dxa"/>
            <w:tcMar>
              <w:top w:w="80" w:type="dxa"/>
              <w:left w:w="100" w:type="dxa"/>
              <w:bottom w:w="80" w:type="dxa"/>
              <w:right w:w="100" w:type="dxa"/>
            </w:tcMar>
            <w:vAlign w:val="center"/>
          </w:tcPr>
          <w:p w14:paraId="7300E339" w14:textId="77777777" w:rsidR="00F16E81" w:rsidRDefault="00000000">
            <w:r>
              <w:rPr>
                <w:i/>
                <w:color w:val="666666"/>
                <w:sz w:val="16"/>
              </w:rPr>
              <w:t>Cep telefonu ülke koduyla yazılmalıdır.</w:t>
            </w:r>
            <w:r>
              <w:br/>
            </w:r>
            <w:r>
              <w:rPr>
                <w:i/>
                <w:color w:val="666666"/>
                <w:sz w:val="16"/>
              </w:rPr>
              <w:t>Please include country code.</w:t>
            </w:r>
          </w:p>
        </w:tc>
      </w:tr>
      <w:tr w:rsidR="00F16E81" w14:paraId="74D1F298" w14:textId="77777777">
        <w:trPr>
          <w:cantSplit/>
          <w:jc w:val="center"/>
        </w:trPr>
        <w:tc>
          <w:tcPr>
            <w:tcW w:w="2578" w:type="dxa"/>
            <w:tcMar>
              <w:top w:w="80" w:type="dxa"/>
              <w:left w:w="100" w:type="dxa"/>
              <w:bottom w:w="80" w:type="dxa"/>
              <w:right w:w="100" w:type="dxa"/>
            </w:tcMar>
            <w:vAlign w:val="center"/>
          </w:tcPr>
          <w:p w14:paraId="74A2BB25" w14:textId="77777777" w:rsidR="00F16E81" w:rsidRDefault="00000000">
            <w:r>
              <w:rPr>
                <w:color w:val="000000"/>
                <w:sz w:val="18"/>
              </w:rPr>
              <w:t>2. Yazar</w:t>
            </w:r>
            <w:r>
              <w:br/>
            </w:r>
            <w:r>
              <w:rPr>
                <w:color w:val="000000"/>
                <w:sz w:val="18"/>
              </w:rPr>
              <w:t>2nd Author</w:t>
            </w:r>
          </w:p>
        </w:tc>
        <w:tc>
          <w:tcPr>
            <w:tcW w:w="2578" w:type="dxa"/>
            <w:tcMar>
              <w:top w:w="80" w:type="dxa"/>
              <w:left w:w="100" w:type="dxa"/>
              <w:bottom w:w="80" w:type="dxa"/>
              <w:right w:w="100" w:type="dxa"/>
            </w:tcMar>
            <w:vAlign w:val="center"/>
          </w:tcPr>
          <w:p w14:paraId="21F270FB" w14:textId="77777777" w:rsidR="00F16E81" w:rsidRDefault="00F16E81"/>
        </w:tc>
        <w:tc>
          <w:tcPr>
            <w:tcW w:w="2578" w:type="dxa"/>
            <w:tcMar>
              <w:top w:w="80" w:type="dxa"/>
              <w:left w:w="100" w:type="dxa"/>
              <w:bottom w:w="80" w:type="dxa"/>
              <w:right w:w="100" w:type="dxa"/>
            </w:tcMar>
            <w:vAlign w:val="center"/>
          </w:tcPr>
          <w:p w14:paraId="6CE50E72" w14:textId="77777777" w:rsidR="00F16E81" w:rsidRDefault="00F16E81"/>
        </w:tc>
        <w:tc>
          <w:tcPr>
            <w:tcW w:w="2578" w:type="dxa"/>
            <w:tcMar>
              <w:top w:w="80" w:type="dxa"/>
              <w:left w:w="100" w:type="dxa"/>
              <w:bottom w:w="80" w:type="dxa"/>
              <w:right w:w="100" w:type="dxa"/>
            </w:tcMar>
            <w:vAlign w:val="center"/>
          </w:tcPr>
          <w:p w14:paraId="2A680D46" w14:textId="77777777" w:rsidR="00F16E81" w:rsidRDefault="00F16E81"/>
        </w:tc>
      </w:tr>
      <w:tr w:rsidR="00F16E81" w14:paraId="6416D256" w14:textId="77777777">
        <w:trPr>
          <w:cantSplit/>
          <w:jc w:val="center"/>
        </w:trPr>
        <w:tc>
          <w:tcPr>
            <w:tcW w:w="2578" w:type="dxa"/>
            <w:tcMar>
              <w:top w:w="80" w:type="dxa"/>
              <w:left w:w="100" w:type="dxa"/>
              <w:bottom w:w="80" w:type="dxa"/>
              <w:right w:w="100" w:type="dxa"/>
            </w:tcMar>
            <w:vAlign w:val="center"/>
          </w:tcPr>
          <w:p w14:paraId="3554ABF4" w14:textId="77777777" w:rsidR="00F16E81" w:rsidRDefault="00000000">
            <w:r>
              <w:rPr>
                <w:color w:val="000000"/>
                <w:sz w:val="18"/>
              </w:rPr>
              <w:t>3. Yazar</w:t>
            </w:r>
            <w:r>
              <w:br/>
            </w:r>
            <w:r>
              <w:rPr>
                <w:color w:val="000000"/>
                <w:sz w:val="18"/>
              </w:rPr>
              <w:t>3rd Author</w:t>
            </w:r>
          </w:p>
        </w:tc>
        <w:tc>
          <w:tcPr>
            <w:tcW w:w="2578" w:type="dxa"/>
            <w:tcMar>
              <w:top w:w="80" w:type="dxa"/>
              <w:left w:w="100" w:type="dxa"/>
              <w:bottom w:w="80" w:type="dxa"/>
              <w:right w:w="100" w:type="dxa"/>
            </w:tcMar>
            <w:vAlign w:val="center"/>
          </w:tcPr>
          <w:p w14:paraId="0C557780" w14:textId="77777777" w:rsidR="00F16E81" w:rsidRDefault="00F16E81"/>
        </w:tc>
        <w:tc>
          <w:tcPr>
            <w:tcW w:w="2578" w:type="dxa"/>
            <w:tcMar>
              <w:top w:w="80" w:type="dxa"/>
              <w:left w:w="100" w:type="dxa"/>
              <w:bottom w:w="80" w:type="dxa"/>
              <w:right w:w="100" w:type="dxa"/>
            </w:tcMar>
            <w:vAlign w:val="center"/>
          </w:tcPr>
          <w:p w14:paraId="45D62465" w14:textId="77777777" w:rsidR="00F16E81" w:rsidRDefault="00F16E81"/>
        </w:tc>
        <w:tc>
          <w:tcPr>
            <w:tcW w:w="2578" w:type="dxa"/>
            <w:tcMar>
              <w:top w:w="80" w:type="dxa"/>
              <w:left w:w="100" w:type="dxa"/>
              <w:bottom w:w="80" w:type="dxa"/>
              <w:right w:w="100" w:type="dxa"/>
            </w:tcMar>
            <w:vAlign w:val="center"/>
          </w:tcPr>
          <w:p w14:paraId="433F07B0" w14:textId="77777777" w:rsidR="00F16E81" w:rsidRDefault="00F16E81"/>
        </w:tc>
      </w:tr>
      <w:tr w:rsidR="00F16E81" w14:paraId="3581934D" w14:textId="77777777">
        <w:trPr>
          <w:cantSplit/>
          <w:jc w:val="center"/>
        </w:trPr>
        <w:tc>
          <w:tcPr>
            <w:tcW w:w="2578" w:type="dxa"/>
            <w:tcMar>
              <w:top w:w="80" w:type="dxa"/>
              <w:left w:w="100" w:type="dxa"/>
              <w:bottom w:w="80" w:type="dxa"/>
              <w:right w:w="100" w:type="dxa"/>
            </w:tcMar>
            <w:vAlign w:val="center"/>
          </w:tcPr>
          <w:p w14:paraId="5A90208E" w14:textId="77777777" w:rsidR="00F16E81" w:rsidRDefault="00000000">
            <w:r>
              <w:rPr>
                <w:color w:val="000000"/>
                <w:sz w:val="18"/>
              </w:rPr>
              <w:t>4. Yazar</w:t>
            </w:r>
            <w:r>
              <w:br/>
            </w:r>
            <w:r>
              <w:rPr>
                <w:color w:val="000000"/>
                <w:sz w:val="18"/>
              </w:rPr>
              <w:t>4th Author</w:t>
            </w:r>
          </w:p>
        </w:tc>
        <w:tc>
          <w:tcPr>
            <w:tcW w:w="2578" w:type="dxa"/>
            <w:tcMar>
              <w:top w:w="80" w:type="dxa"/>
              <w:left w:w="100" w:type="dxa"/>
              <w:bottom w:w="80" w:type="dxa"/>
              <w:right w:w="100" w:type="dxa"/>
            </w:tcMar>
            <w:vAlign w:val="center"/>
          </w:tcPr>
          <w:p w14:paraId="663DD654" w14:textId="77777777" w:rsidR="00F16E81" w:rsidRDefault="00F16E81"/>
        </w:tc>
        <w:tc>
          <w:tcPr>
            <w:tcW w:w="2578" w:type="dxa"/>
            <w:tcMar>
              <w:top w:w="80" w:type="dxa"/>
              <w:left w:w="100" w:type="dxa"/>
              <w:bottom w:w="80" w:type="dxa"/>
              <w:right w:w="100" w:type="dxa"/>
            </w:tcMar>
            <w:vAlign w:val="center"/>
          </w:tcPr>
          <w:p w14:paraId="6D54402F" w14:textId="77777777" w:rsidR="00F16E81" w:rsidRDefault="00F16E81"/>
        </w:tc>
        <w:tc>
          <w:tcPr>
            <w:tcW w:w="2578" w:type="dxa"/>
            <w:tcMar>
              <w:top w:w="80" w:type="dxa"/>
              <w:left w:w="100" w:type="dxa"/>
              <w:bottom w:w="80" w:type="dxa"/>
              <w:right w:w="100" w:type="dxa"/>
            </w:tcMar>
            <w:vAlign w:val="center"/>
          </w:tcPr>
          <w:p w14:paraId="542F4BF3" w14:textId="77777777" w:rsidR="00F16E81" w:rsidRDefault="00F16E81"/>
        </w:tc>
      </w:tr>
      <w:tr w:rsidR="00F16E81" w14:paraId="5538D391" w14:textId="77777777">
        <w:trPr>
          <w:cantSplit/>
          <w:jc w:val="center"/>
        </w:trPr>
        <w:tc>
          <w:tcPr>
            <w:tcW w:w="2578" w:type="dxa"/>
            <w:tcMar>
              <w:top w:w="80" w:type="dxa"/>
              <w:left w:w="100" w:type="dxa"/>
              <w:bottom w:w="80" w:type="dxa"/>
              <w:right w:w="100" w:type="dxa"/>
            </w:tcMar>
            <w:vAlign w:val="center"/>
          </w:tcPr>
          <w:p w14:paraId="46FCCBA3" w14:textId="77777777" w:rsidR="00F16E81" w:rsidRDefault="00000000">
            <w:r>
              <w:rPr>
                <w:color w:val="000000"/>
                <w:sz w:val="18"/>
              </w:rPr>
              <w:t>5. Yazar</w:t>
            </w:r>
            <w:r>
              <w:br/>
            </w:r>
            <w:r>
              <w:rPr>
                <w:color w:val="000000"/>
                <w:sz w:val="18"/>
              </w:rPr>
              <w:t>5th Author</w:t>
            </w:r>
          </w:p>
        </w:tc>
        <w:tc>
          <w:tcPr>
            <w:tcW w:w="2578" w:type="dxa"/>
            <w:tcMar>
              <w:top w:w="80" w:type="dxa"/>
              <w:left w:w="100" w:type="dxa"/>
              <w:bottom w:w="80" w:type="dxa"/>
              <w:right w:w="100" w:type="dxa"/>
            </w:tcMar>
            <w:vAlign w:val="center"/>
          </w:tcPr>
          <w:p w14:paraId="6B1CFDCF" w14:textId="77777777" w:rsidR="00F16E81" w:rsidRDefault="00F16E81"/>
        </w:tc>
        <w:tc>
          <w:tcPr>
            <w:tcW w:w="2578" w:type="dxa"/>
            <w:tcMar>
              <w:top w:w="80" w:type="dxa"/>
              <w:left w:w="100" w:type="dxa"/>
              <w:bottom w:w="80" w:type="dxa"/>
              <w:right w:w="100" w:type="dxa"/>
            </w:tcMar>
            <w:vAlign w:val="center"/>
          </w:tcPr>
          <w:p w14:paraId="5241E6FC" w14:textId="77777777" w:rsidR="00F16E81" w:rsidRDefault="00F16E81"/>
        </w:tc>
        <w:tc>
          <w:tcPr>
            <w:tcW w:w="2578" w:type="dxa"/>
            <w:tcMar>
              <w:top w:w="80" w:type="dxa"/>
              <w:left w:w="100" w:type="dxa"/>
              <w:bottom w:w="80" w:type="dxa"/>
              <w:right w:w="100" w:type="dxa"/>
            </w:tcMar>
            <w:vAlign w:val="center"/>
          </w:tcPr>
          <w:p w14:paraId="454723E5" w14:textId="77777777" w:rsidR="00F16E81" w:rsidRDefault="00F16E81"/>
        </w:tc>
      </w:tr>
      <w:tr w:rsidR="00F16E81" w14:paraId="1F65CDEF" w14:textId="77777777">
        <w:trPr>
          <w:cantSplit/>
          <w:jc w:val="center"/>
        </w:trPr>
        <w:tc>
          <w:tcPr>
            <w:tcW w:w="2578" w:type="dxa"/>
            <w:tcMar>
              <w:top w:w="80" w:type="dxa"/>
              <w:left w:w="100" w:type="dxa"/>
              <w:bottom w:w="80" w:type="dxa"/>
              <w:right w:w="100" w:type="dxa"/>
            </w:tcMar>
            <w:vAlign w:val="center"/>
          </w:tcPr>
          <w:p w14:paraId="0019578B" w14:textId="77777777" w:rsidR="00F16E81" w:rsidRDefault="00000000">
            <w:r>
              <w:rPr>
                <w:color w:val="000000"/>
                <w:sz w:val="18"/>
              </w:rPr>
              <w:t>Ek Yazarlar</w:t>
            </w:r>
            <w:r>
              <w:br/>
            </w:r>
            <w:r>
              <w:rPr>
                <w:color w:val="000000"/>
                <w:sz w:val="18"/>
              </w:rPr>
              <w:t>Additional Authors</w:t>
            </w:r>
          </w:p>
        </w:tc>
        <w:tc>
          <w:tcPr>
            <w:tcW w:w="2578" w:type="dxa"/>
            <w:tcMar>
              <w:top w:w="80" w:type="dxa"/>
              <w:left w:w="100" w:type="dxa"/>
              <w:bottom w:w="80" w:type="dxa"/>
              <w:right w:w="100" w:type="dxa"/>
            </w:tcMar>
            <w:vAlign w:val="center"/>
          </w:tcPr>
          <w:p w14:paraId="67401841" w14:textId="77777777" w:rsidR="00F16E81" w:rsidRDefault="00F16E81"/>
        </w:tc>
        <w:tc>
          <w:tcPr>
            <w:tcW w:w="2578" w:type="dxa"/>
            <w:tcMar>
              <w:top w:w="80" w:type="dxa"/>
              <w:left w:w="100" w:type="dxa"/>
              <w:bottom w:w="80" w:type="dxa"/>
              <w:right w:w="100" w:type="dxa"/>
            </w:tcMar>
            <w:vAlign w:val="center"/>
          </w:tcPr>
          <w:p w14:paraId="20EF6EA0" w14:textId="77777777" w:rsidR="00F16E81" w:rsidRDefault="00F16E81"/>
        </w:tc>
        <w:tc>
          <w:tcPr>
            <w:tcW w:w="2578" w:type="dxa"/>
            <w:tcMar>
              <w:top w:w="80" w:type="dxa"/>
              <w:left w:w="100" w:type="dxa"/>
              <w:bottom w:w="80" w:type="dxa"/>
              <w:right w:w="100" w:type="dxa"/>
            </w:tcMar>
            <w:vAlign w:val="center"/>
          </w:tcPr>
          <w:p w14:paraId="1C73BEA7" w14:textId="77777777" w:rsidR="00F16E81" w:rsidRDefault="00F16E81"/>
        </w:tc>
      </w:tr>
    </w:tbl>
    <w:p w14:paraId="1F9A0552" w14:textId="77777777" w:rsidR="00F16E81" w:rsidRDefault="00000000">
      <w:pPr>
        <w:spacing w:after="80" w:line="240" w:lineRule="auto"/>
      </w:pPr>
      <w:r>
        <w:rPr>
          <w:b/>
          <w:color w:val="000000"/>
          <w:sz w:val="18"/>
        </w:rPr>
        <w:t xml:space="preserve">Açıklama: </w:t>
      </w:r>
      <w:r>
        <w:rPr>
          <w:color w:val="000000"/>
          <w:sz w:val="18"/>
        </w:rPr>
        <w:t>Yazar sayısı fazla ise “Ek Yazarlar / Additional Authors” satırı çoğaltılabilir. Tüm yazarlar başvurunun son hâlini görmüş ve onaylamış olmalıdır.</w:t>
      </w:r>
    </w:p>
    <w:p w14:paraId="2972A90F" w14:textId="77777777" w:rsidR="00CA2AD1" w:rsidRDefault="00CA2AD1">
      <w:pPr>
        <w:keepNext/>
        <w:keepLines/>
        <w:spacing w:before="120" w:after="40" w:line="240" w:lineRule="auto"/>
        <w:rPr>
          <w:b/>
          <w:color w:val="C45234"/>
          <w:sz w:val="22"/>
        </w:rPr>
      </w:pPr>
    </w:p>
    <w:p w14:paraId="72CAD6CE" w14:textId="562A224C" w:rsidR="00F16E81" w:rsidRDefault="00000000">
      <w:pPr>
        <w:keepNext/>
        <w:keepLines/>
        <w:spacing w:before="120" w:after="40" w:line="240" w:lineRule="auto"/>
      </w:pPr>
      <w:r>
        <w:rPr>
          <w:b/>
          <w:color w:val="C45234"/>
          <w:sz w:val="22"/>
        </w:rPr>
        <w:t>3. Zorunlu Beyanlar / Mandatory Declarations</w:t>
      </w:r>
    </w:p>
    <w:p w14:paraId="6A9F89A1" w14:textId="77777777" w:rsidR="00F16E81" w:rsidRDefault="00000000">
      <w:pPr>
        <w:spacing w:after="20" w:line="240" w:lineRule="auto"/>
      </w:pPr>
      <w:sdt>
        <w:sdtPr>
          <w:alias w:val="Onay kutusu 01"/>
          <w:tag w:val="STA_CHECK_01"/>
          <w:id w:val="1500001"/>
          <w14:checkbox>
            <w14:checked w14:val="0"/>
            <w14:checkedState w14:val="2612" w14:font="Segoe UI Symbol"/>
            <w14:uncheckedState w14:val="2610" w14:font="Segoe UI Symbol"/>
          </w14:checkbox>
        </w:sdtPr>
        <w:sdtContent>
          <w:r>
            <w:rPr>
              <w:rFonts w:ascii="Segoe UI Symbol" w:hAnsi="Segoe UI Symbol" w:cs="Segoe UI Symbol" w:eastAsia="Segoe UI Symbol"/>
              <w:color w:val="000000"/>
              <w:sz w:val="18"/>
            </w:rPr>
            <w:t>☐</w:t>
          </w:r>
        </w:sdtContent>
      </w:sdt>
      <w:r>
        <w:rPr>
          <w:color w:val="000000"/>
          <w:sz w:val="18"/>
        </w:rPr>
        <w:t xml:space="preserve"> Sunulan çalışmanın özgün olduğunu; intihal, sahtecilik, çarpıtma veya haksız yazarlık içermediğini beyan ederiz. / We declare that the submission is original and does not involve plagiarism, fabrication, falsification or inappropriate authorship.</w:t>
      </w:r>
    </w:p>
    <w:p w14:paraId="056FDBCE" w14:textId="77777777" w:rsidR="00F16E81" w:rsidRDefault="00000000">
      <w:pPr>
        <w:spacing w:after="20" w:line="240" w:lineRule="auto"/>
      </w:pPr>
      <w:sdt>
        <w:sdtPr>
          <w:alias w:val="Onay kutusu 02"/>
          <w:tag w:val="STA_CHECK_02"/>
          <w:id w:val="1500002"/>
          <w14:checkbox>
            <w14:checked w14:val="0"/>
            <w14:checkedState w14:val="2612" w14:font="Segoe UI Symbol"/>
            <w14:uncheckedState w14:val="2610" w14:font="Segoe UI Symbol"/>
          </w14:checkbox>
        </w:sdtPr>
        <w:sdtContent>
          <w:r>
            <w:rPr>
              <w:rFonts w:ascii="Segoe UI Symbol" w:hAnsi="Segoe UI Symbol" w:cs="Segoe UI Symbol" w:eastAsia="Segoe UI Symbol"/>
              <w:color w:val="000000"/>
              <w:sz w:val="18"/>
            </w:rPr>
            <w:t>☐</w:t>
          </w:r>
        </w:sdtContent>
      </w:sdt>
      <w:r>
        <w:rPr>
          <w:color w:val="000000"/>
          <w:sz w:val="18"/>
        </w:rPr>
        <w:t xml:space="preserve"> Çalışmada kullanılan tüm metin, görsel, tablo, veri seti ve diğer materyallerin telif ve kullanım haklarının tarafımıza ait olduğunu veya gerekli izinlerin alındığını kabul ederiz. / We confirm that all materials are either owned by us or used with proper permission.</w:t>
      </w:r>
    </w:p>
    <w:p w14:paraId="2F501A0C" w14:textId="77777777" w:rsidR="00F16E81" w:rsidRDefault="00000000">
      <w:pPr>
        <w:spacing w:after="20" w:line="240" w:lineRule="auto"/>
      </w:pPr>
      <w:sdt>
        <w:sdtPr>
          <w:alias w:val="Onay kutusu 03"/>
          <w:tag w:val="STA_CHECK_03"/>
          <w:id w:val="1500003"/>
          <w14:checkbox>
            <w14:checked w14:val="0"/>
            <w14:checkedState w14:val="2612" w14:font="Segoe UI Symbol"/>
            <w14:uncheckedState w14:val="2610" w14:font="Segoe UI Symbol"/>
          </w14:checkbox>
        </w:sdtPr>
        <w:sdtContent>
          <w:r>
            <w:rPr>
              <w:rFonts w:ascii="Segoe UI Symbol" w:hAnsi="Segoe UI Symbol" w:cs="Segoe UI Symbol" w:eastAsia="Segoe UI Symbol"/>
              <w:color w:val="000000"/>
              <w:sz w:val="18"/>
            </w:rPr>
            <w:t>☐</w:t>
          </w:r>
        </w:sdtContent>
      </w:sdt>
      <w:r>
        <w:rPr>
          <w:color w:val="000000"/>
          <w:sz w:val="18"/>
        </w:rPr>
        <w:lastRenderedPageBreak/>
        <w:t xml:space="preserve"> Değerlendirme sürecinde çift kör hakemlik uygulanıyorsa, değerlendirme nüshasının anonimleştirildiğini; dosya ve meta verilerde kimlik bilgisi bulunmadığını beyan ederiz. / If double-blind review applies, we confirm that the review file is anonymized and contains no identifying metadata.</w:t>
      </w:r>
    </w:p>
    <w:p w14:paraId="2F03F848" w14:textId="77777777" w:rsidR="00F16E81" w:rsidRDefault="00000000">
      <w:pPr>
        <w:spacing w:after="20" w:line="240" w:lineRule="auto"/>
      </w:pPr>
      <w:sdt>
        <w:sdtPr>
          <w:alias w:val="Onay kutusu 04"/>
          <w:tag w:val="STA_CHECK_04"/>
          <w:id w:val="1500004"/>
          <w14:checkbox>
            <w14:checked w14:val="0"/>
            <w14:checkedState w14:val="2612" w14:font="Segoe UI Symbol"/>
            <w14:uncheckedState w14:val="2610" w14:font="Segoe UI Symbol"/>
          </w14:checkbox>
        </w:sdtPr>
        <w:sdtContent>
          <w:r>
            <w:rPr>
              <w:rFonts w:ascii="Segoe UI Symbol" w:hAnsi="Segoe UI Symbol" w:cs="Segoe UI Symbol" w:eastAsia="Segoe UI Symbol"/>
              <w:color w:val="000000"/>
              <w:sz w:val="18"/>
            </w:rPr>
            <w:t>☐</w:t>
          </w:r>
        </w:sdtContent>
      </w:sdt>
      <w:r>
        <w:rPr>
          <w:color w:val="000000"/>
          <w:sz w:val="18"/>
        </w:rPr>
        <w:t xml:space="preserve"> Çıkar çatışması, finansman, etik kurul, kurumsal izin ve yapay zekâ / dijital araç kullanımıyla ilgili gerekli açıklamaları aşağıdaki alanlarda eksiksiz sunduğumuzu beyan ederiz. / We declare that the required disclosures regarding conflicts, funding, ethics approval, institutional permission and AI / digital tool use are fully provided below.</w:t>
      </w:r>
    </w:p>
    <w:p w14:paraId="4658A54B" w14:textId="77777777" w:rsidR="00F16E81" w:rsidRDefault="00000000">
      <w:pPr>
        <w:spacing w:after="20" w:line="240" w:lineRule="auto"/>
      </w:pPr>
      <w:sdt>
        <w:sdtPr>
          <w:alias w:val="Onay kutusu 05"/>
          <w:tag w:val="STA_CHECK_05"/>
          <w:id w:val="1500005"/>
          <w14:checkbox>
            <w14:checked w14:val="0"/>
            <w14:checkedState w14:val="2612" w14:font="Segoe UI Symbol"/>
            <w14:uncheckedState w14:val="2610" w14:font="Segoe UI Symbol"/>
          </w14:checkbox>
        </w:sdtPr>
        <w:sdtContent>
          <w:r>
            <w:rPr>
              <w:rFonts w:ascii="Segoe UI Symbol" w:hAnsi="Segoe UI Symbol" w:cs="Segoe UI Symbol" w:eastAsia="Segoe UI Symbol"/>
              <w:color w:val="000000"/>
              <w:sz w:val="18"/>
            </w:rPr>
            <w:t>☐</w:t>
          </w:r>
        </w:sdtContent>
      </w:sdt>
      <w:r>
        <w:rPr>
          <w:color w:val="000000"/>
          <w:sz w:val="18"/>
        </w:rPr>
        <w:t xml:space="preserve"> Tüm yazarların başvurunun son hâlini gördüğünü, onayladığını ve KVKK Aydınlatma Metni hakkında bilgilendirildiğini beyan ederiz. / We confirm that all authors have reviewed and approved the final submission and have been informed about the privacy notice.</w:t>
      </w:r>
    </w:p>
    <w:p w14:paraId="730D9178" w14:textId="77777777" w:rsidR="00CA2AD1" w:rsidRDefault="00CA2AD1">
      <w:pPr>
        <w:keepNext/>
        <w:keepLines/>
        <w:spacing w:before="120" w:after="40" w:line="240" w:lineRule="auto"/>
        <w:rPr>
          <w:b/>
          <w:color w:val="C45234"/>
          <w:sz w:val="22"/>
        </w:rPr>
      </w:pPr>
    </w:p>
    <w:p w14:paraId="51C9FE7E" w14:textId="2ECC6A0F" w:rsidR="00F16E81" w:rsidRDefault="00000000">
      <w:pPr>
        <w:keepNext/>
        <w:keepLines/>
        <w:spacing w:before="120" w:after="40" w:line="240" w:lineRule="auto"/>
      </w:pPr>
      <w:r>
        <w:rPr>
          <w:b/>
          <w:color w:val="C45234"/>
          <w:sz w:val="22"/>
        </w:rPr>
        <w:t>4. Açıklama Alanları / Disclosure Fields</w:t>
      </w:r>
    </w:p>
    <w:tbl>
      <w:tblPr>
        <w:tblStyle w:val="TabloKlavuzu"/>
        <w:tblW w:w="0" w:type="auto"/>
        <w:jc w:val="center"/>
        <w:tblLook w:val="04A0" w:firstRow="1" w:lastRow="0" w:firstColumn="1" w:lastColumn="0" w:noHBand="0" w:noVBand="1"/>
      </w:tblPr>
      <w:tblGrid>
        <w:gridCol w:w="5085"/>
        <w:gridCol w:w="5093"/>
      </w:tblGrid>
      <w:tr w:rsidR="00F16E81" w14:paraId="516A7A13" w14:textId="77777777">
        <w:trPr>
          <w:cantSplit/>
          <w:trHeight w:val="1134"/>
          <w:jc w:val="center"/>
        </w:trPr>
        <w:tc>
          <w:tcPr>
            <w:tcW w:w="5156" w:type="dxa"/>
            <w:shd w:val="clear" w:color="auto" w:fill="F3F1EC"/>
            <w:tcMar>
              <w:top w:w="80" w:type="dxa"/>
              <w:left w:w="100" w:type="dxa"/>
              <w:bottom w:w="80" w:type="dxa"/>
              <w:right w:w="100" w:type="dxa"/>
            </w:tcMar>
            <w:vAlign w:val="center"/>
          </w:tcPr>
          <w:p w14:paraId="4D351638" w14:textId="77777777" w:rsidR="00F16E81" w:rsidRDefault="00000000">
            <w:r>
              <w:rPr>
                <w:b/>
                <w:color w:val="000000"/>
                <w:sz w:val="18"/>
              </w:rPr>
              <w:t>Çıkar Çatışması</w:t>
            </w:r>
            <w:r>
              <w:br/>
            </w:r>
            <w:r>
              <w:rPr>
                <w:b/>
                <w:color w:val="000000"/>
                <w:sz w:val="18"/>
              </w:rPr>
              <w:t>Conflict of Interest</w:t>
            </w:r>
          </w:p>
        </w:tc>
        <w:tc>
          <w:tcPr>
            <w:tcW w:w="5156" w:type="dxa"/>
            <w:tcMar>
              <w:top w:w="80" w:type="dxa"/>
              <w:left w:w="100" w:type="dxa"/>
              <w:bottom w:w="80" w:type="dxa"/>
              <w:right w:w="100" w:type="dxa"/>
            </w:tcMar>
            <w:vAlign w:val="center"/>
          </w:tcPr>
          <w:p w14:paraId="08A23225" w14:textId="77777777" w:rsidR="00F16E81" w:rsidRDefault="00000000">
            <w:r>
              <w:rPr>
                <w:color w:val="555555"/>
                <w:sz w:val="17"/>
              </w:rPr>
              <w:t>Çıkar çatışması yoktur.</w:t>
            </w:r>
            <w:r>
              <w:br/>
            </w:r>
            <w:r>
              <w:rPr>
                <w:i/>
                <w:color w:val="555555"/>
                <w:sz w:val="17"/>
              </w:rPr>
              <w:t>Varsa ayrıntılı olarak açıklayınız.</w:t>
            </w:r>
            <w:r>
              <w:br/>
            </w:r>
            <w:r>
              <w:br/>
            </w:r>
            <w:r>
              <w:rPr>
                <w:i/>
                <w:color w:val="555555"/>
                <w:sz w:val="17"/>
              </w:rPr>
              <w:t>No conflict of interest.</w:t>
            </w:r>
            <w:r>
              <w:br/>
            </w:r>
            <w:r>
              <w:rPr>
                <w:color w:val="555555"/>
                <w:sz w:val="17"/>
              </w:rPr>
              <w:t>If any, please explain in detail.</w:t>
            </w:r>
          </w:p>
        </w:tc>
      </w:tr>
      <w:tr w:rsidR="00F16E81" w14:paraId="002D9EC7" w14:textId="77777777">
        <w:trPr>
          <w:cantSplit/>
          <w:trHeight w:val="1134"/>
          <w:jc w:val="center"/>
        </w:trPr>
        <w:tc>
          <w:tcPr>
            <w:tcW w:w="5156" w:type="dxa"/>
            <w:shd w:val="clear" w:color="auto" w:fill="F3F1EC"/>
            <w:tcMar>
              <w:top w:w="80" w:type="dxa"/>
              <w:left w:w="100" w:type="dxa"/>
              <w:bottom w:w="80" w:type="dxa"/>
              <w:right w:w="100" w:type="dxa"/>
            </w:tcMar>
            <w:vAlign w:val="center"/>
          </w:tcPr>
          <w:p w14:paraId="7CDA136D" w14:textId="77777777" w:rsidR="00F16E81" w:rsidRDefault="00000000">
            <w:r>
              <w:rPr>
                <w:b/>
                <w:color w:val="000000"/>
                <w:sz w:val="18"/>
              </w:rPr>
              <w:t>Finansman / Destek</w:t>
            </w:r>
            <w:r>
              <w:br/>
            </w:r>
            <w:r>
              <w:rPr>
                <w:b/>
                <w:color w:val="000000"/>
                <w:sz w:val="18"/>
              </w:rPr>
              <w:t>Funding / Support</w:t>
            </w:r>
          </w:p>
        </w:tc>
        <w:tc>
          <w:tcPr>
            <w:tcW w:w="5156" w:type="dxa"/>
            <w:tcMar>
              <w:top w:w="80" w:type="dxa"/>
              <w:left w:w="100" w:type="dxa"/>
              <w:bottom w:w="80" w:type="dxa"/>
              <w:right w:w="100" w:type="dxa"/>
            </w:tcMar>
            <w:vAlign w:val="center"/>
          </w:tcPr>
          <w:p w14:paraId="55282559" w14:textId="77777777" w:rsidR="00F16E81" w:rsidRDefault="00000000">
            <w:r>
              <w:rPr>
                <w:color w:val="555555"/>
                <w:sz w:val="17"/>
              </w:rPr>
              <w:t>Bu çalışma herhangi bir kurum / kuruluş tarafından desteklenmemiştir.</w:t>
            </w:r>
            <w:r>
              <w:br/>
            </w:r>
            <w:r>
              <w:rPr>
                <w:i/>
                <w:color w:val="555555"/>
                <w:sz w:val="17"/>
              </w:rPr>
              <w:t>Destek varsa kurum adı, proje no ve destek türünü yazınız.</w:t>
            </w:r>
            <w:r>
              <w:br/>
            </w:r>
            <w:r>
              <w:br/>
            </w:r>
            <w:r>
              <w:rPr>
                <w:i/>
                <w:color w:val="555555"/>
                <w:sz w:val="17"/>
              </w:rPr>
              <w:t>This study has not received institutional funding.</w:t>
            </w:r>
            <w:r>
              <w:br/>
            </w:r>
            <w:r>
              <w:rPr>
                <w:color w:val="555555"/>
                <w:sz w:val="17"/>
              </w:rPr>
              <w:t>If funded, please specify the organisation, project number and type of support.</w:t>
            </w:r>
          </w:p>
        </w:tc>
      </w:tr>
      <w:tr w:rsidR="00F16E81" w14:paraId="7AB5C96E" w14:textId="77777777">
        <w:trPr>
          <w:cantSplit/>
          <w:trHeight w:val="1134"/>
          <w:jc w:val="center"/>
        </w:trPr>
        <w:tc>
          <w:tcPr>
            <w:tcW w:w="5156" w:type="dxa"/>
            <w:shd w:val="clear" w:color="auto" w:fill="F3F1EC"/>
            <w:tcMar>
              <w:top w:w="80" w:type="dxa"/>
              <w:left w:w="100" w:type="dxa"/>
              <w:bottom w:w="80" w:type="dxa"/>
              <w:right w:w="100" w:type="dxa"/>
            </w:tcMar>
            <w:vAlign w:val="center"/>
          </w:tcPr>
          <w:p w14:paraId="7130EACB" w14:textId="77777777" w:rsidR="00F16E81" w:rsidRDefault="00000000">
            <w:r>
              <w:rPr>
                <w:b/>
                <w:color w:val="000000"/>
                <w:sz w:val="18"/>
              </w:rPr>
              <w:t>Etik Kurul / Kurumsal İzin Bilgisi</w:t>
            </w:r>
            <w:r>
              <w:br/>
            </w:r>
            <w:r>
              <w:rPr>
                <w:b/>
                <w:color w:val="000000"/>
                <w:sz w:val="18"/>
              </w:rPr>
              <w:t>Ethics Approval / Institutional Permission</w:t>
            </w:r>
          </w:p>
        </w:tc>
        <w:tc>
          <w:tcPr>
            <w:tcW w:w="5156" w:type="dxa"/>
            <w:tcMar>
              <w:top w:w="80" w:type="dxa"/>
              <w:left w:w="100" w:type="dxa"/>
              <w:bottom w:w="80" w:type="dxa"/>
              <w:right w:w="100" w:type="dxa"/>
            </w:tcMar>
            <w:vAlign w:val="center"/>
          </w:tcPr>
          <w:p w14:paraId="7CAC57EB" w14:textId="77777777" w:rsidR="00F16E81" w:rsidRDefault="00000000">
            <w:r>
              <w:rPr>
                <w:color w:val="555555"/>
                <w:sz w:val="17"/>
              </w:rPr>
              <w:t>Etik kurul izni gerekmemektedir.</w:t>
            </w:r>
            <w:r>
              <w:br/>
            </w:r>
            <w:r>
              <w:rPr>
                <w:i/>
                <w:color w:val="555555"/>
                <w:sz w:val="17"/>
              </w:rPr>
              <w:t>Gerekiyorsa kurul adı, tarih ve karar / izin numarasını yazınız.</w:t>
            </w:r>
            <w:r>
              <w:br/>
            </w:r>
            <w:r>
              <w:br/>
            </w:r>
            <w:r>
              <w:rPr>
                <w:i/>
                <w:color w:val="555555"/>
                <w:sz w:val="17"/>
              </w:rPr>
              <w:t>Ethics approval is not required.</w:t>
            </w:r>
            <w:r>
              <w:br/>
            </w:r>
            <w:r>
              <w:rPr>
                <w:color w:val="555555"/>
                <w:sz w:val="17"/>
              </w:rPr>
              <w:t>If required, state the board name, date and approval / permission number.</w:t>
            </w:r>
          </w:p>
        </w:tc>
      </w:tr>
      <w:tr w:rsidR="00F16E81" w14:paraId="1751417F" w14:textId="77777777">
        <w:trPr>
          <w:cantSplit/>
          <w:trHeight w:val="1134"/>
          <w:jc w:val="center"/>
        </w:trPr>
        <w:tc>
          <w:tcPr>
            <w:tcW w:w="5156" w:type="dxa"/>
            <w:shd w:val="clear" w:color="auto" w:fill="F3F1EC"/>
            <w:tcMar>
              <w:top w:w="80" w:type="dxa"/>
              <w:left w:w="100" w:type="dxa"/>
              <w:bottom w:w="80" w:type="dxa"/>
              <w:right w:w="100" w:type="dxa"/>
            </w:tcMar>
            <w:vAlign w:val="center"/>
          </w:tcPr>
          <w:p w14:paraId="2AFD72EE" w14:textId="77777777" w:rsidR="00F16E81" w:rsidRDefault="00000000">
            <w:r>
              <w:rPr>
                <w:b/>
                <w:color w:val="000000"/>
                <w:sz w:val="18"/>
              </w:rPr>
              <w:t>Yapay Zekâ / Dijital Araç Kullanımı</w:t>
            </w:r>
            <w:r>
              <w:br/>
            </w:r>
            <w:r>
              <w:rPr>
                <w:b/>
                <w:color w:val="000000"/>
                <w:sz w:val="18"/>
              </w:rPr>
              <w:t>AI / Digital Tool Use</w:t>
            </w:r>
          </w:p>
        </w:tc>
        <w:tc>
          <w:tcPr>
            <w:tcW w:w="5156" w:type="dxa"/>
            <w:tcMar>
              <w:top w:w="80" w:type="dxa"/>
              <w:left w:w="100" w:type="dxa"/>
              <w:bottom w:w="80" w:type="dxa"/>
              <w:right w:w="100" w:type="dxa"/>
            </w:tcMar>
            <w:vAlign w:val="center"/>
          </w:tcPr>
          <w:p w14:paraId="582ED293" w14:textId="77777777" w:rsidR="00F16E81" w:rsidRDefault="00000000">
            <w:r>
              <w:rPr>
                <w:color w:val="555555"/>
                <w:sz w:val="17"/>
              </w:rPr>
              <w:t>Yapay zekâ veya dijital araç kullanılmamıştır.</w:t>
            </w:r>
            <w:r>
              <w:br/>
            </w:r>
            <w:r>
              <w:rPr>
                <w:i/>
                <w:color w:val="555555"/>
                <w:sz w:val="17"/>
              </w:rPr>
              <w:t>Kullanıldıysa araç adı, kullanım amacı ve kapsamını yazınız.</w:t>
            </w:r>
            <w:r>
              <w:br/>
            </w:r>
            <w:r>
              <w:br/>
            </w:r>
            <w:r>
              <w:rPr>
                <w:i/>
                <w:color w:val="555555"/>
                <w:sz w:val="17"/>
              </w:rPr>
              <w:t>No AI or digital tool was used.</w:t>
            </w:r>
            <w:r>
              <w:br/>
            </w:r>
            <w:r>
              <w:rPr>
                <w:color w:val="555555"/>
                <w:sz w:val="17"/>
              </w:rPr>
              <w:t>If used, please specify the tool name, purpose and scope of use.</w:t>
            </w:r>
          </w:p>
        </w:tc>
      </w:tr>
    </w:tbl>
    <w:p w14:paraId="1756EC60" w14:textId="77777777" w:rsidR="00CA2AD1" w:rsidRDefault="00CA2AD1">
      <w:pPr>
        <w:keepNext/>
        <w:keepLines/>
        <w:spacing w:before="120" w:after="40" w:line="240" w:lineRule="auto"/>
        <w:rPr>
          <w:b/>
          <w:color w:val="C45234"/>
          <w:sz w:val="22"/>
        </w:rPr>
      </w:pPr>
    </w:p>
    <w:p w14:paraId="234A74CA" w14:textId="6A92A87E" w:rsidR="00F16E81" w:rsidRDefault="00000000">
      <w:pPr>
        <w:keepNext/>
        <w:keepLines/>
        <w:spacing w:before="120" w:after="40" w:line="240" w:lineRule="auto"/>
      </w:pPr>
      <w:r>
        <w:rPr>
          <w:b/>
          <w:color w:val="C45234"/>
          <w:sz w:val="22"/>
        </w:rPr>
        <w:t>5. Yayın ve Kullanım İzni / Publication and Use Permission</w:t>
      </w:r>
    </w:p>
    <w:p w14:paraId="7A6F2014" w14:textId="77777777" w:rsidR="00F16E81" w:rsidRDefault="00000000">
      <w:pPr>
        <w:spacing w:after="40" w:line="240" w:lineRule="auto"/>
      </w:pPr>
      <w:r>
        <w:rPr>
          <w:color w:val="000000"/>
          <w:sz w:val="18"/>
        </w:rPr>
        <w:t>Yazar(lar), telif hakları kendilerinde kalmak üzere; başvurunun kabul edilmesi hâlinde bildiri başlığı, yazar bilgileri ve gerekli bibliyografik künyenin sempozyum programı, özet kitabı, tam metin kitabı (varsa), kurumsal web sitesi ve dijital arşivde yayımlanmasına STA Kongre lehine münhasır olmayan, bedelsiz ve atıf içeren kullanım izni verdiklerini kabul ederler. Author(s), while retaining copyright, grant STA Kongre a non-exclusive, royalty-free, attribution-based permission to publish the paper title, author information and necessary bibliographic metadata in the symposium programme, abstract book, proceedings (if any), institutional website and digital archive upon acceptance.</w:t>
      </w:r>
    </w:p>
    <w:p w14:paraId="142E9009" w14:textId="77777777" w:rsidR="00F16E81" w:rsidRDefault="00000000">
      <w:pPr>
        <w:spacing w:after="80" w:line="240" w:lineRule="auto"/>
      </w:pPr>
      <w:r>
        <w:rPr>
          <w:color w:val="000000"/>
          <w:sz w:val="18"/>
        </w:rPr>
        <w:t>Bu izin, eserin tamamının üçüncü kişilere devrini içermez; yalnızca sempozyum kapsamındaki akademik ve tanıtımsal kullanımlar için geçerlidir. / This permission does not transfer ownership of the work and is limited to academic and promotional uses within the symposium context.</w:t>
      </w:r>
    </w:p>
    <w:p w14:paraId="102310AB" w14:textId="77777777" w:rsidR="00CA2AD1" w:rsidRDefault="00CA2AD1">
      <w:pPr>
        <w:keepNext/>
        <w:keepLines/>
        <w:spacing w:before="120" w:after="40" w:line="240" w:lineRule="auto"/>
        <w:rPr>
          <w:b/>
          <w:color w:val="C45234"/>
          <w:sz w:val="22"/>
        </w:rPr>
      </w:pPr>
    </w:p>
    <w:p w14:paraId="59586AFB" w14:textId="7CB6E95A" w:rsidR="00F16E81" w:rsidRDefault="00000000">
      <w:pPr>
        <w:keepNext/>
        <w:keepLines/>
        <w:spacing w:before="120" w:after="40" w:line="240" w:lineRule="auto"/>
      </w:pPr>
      <w:r>
        <w:rPr>
          <w:b/>
          <w:color w:val="C45234"/>
          <w:sz w:val="22"/>
        </w:rPr>
        <w:t>6. Onay, Tarih ve İmza / Approval, Date and Signature</w:t>
      </w:r>
    </w:p>
    <w:tbl>
      <w:tblPr>
        <w:tblStyle w:val="TabloKlavuzu"/>
        <w:tblW w:w="0" w:type="auto"/>
        <w:jc w:val="center"/>
        <w:tblLook w:val="04A0" w:firstRow="1" w:lastRow="0" w:firstColumn="1" w:lastColumn="0" w:noHBand="0" w:noVBand="1"/>
      </w:tblPr>
      <w:tblGrid>
        <w:gridCol w:w="3397"/>
        <w:gridCol w:w="3392"/>
        <w:gridCol w:w="3389"/>
      </w:tblGrid>
      <w:tr w:rsidR="00F16E81" w14:paraId="6988B7E3" w14:textId="77777777" w:rsidTr="00CA2AD1">
        <w:trPr>
          <w:cantSplit/>
          <w:jc w:val="center"/>
        </w:trPr>
        <w:tc>
          <w:tcPr>
            <w:tcW w:w="3397" w:type="dxa"/>
            <w:shd w:val="clear" w:color="auto" w:fill="3E434B"/>
            <w:tcMar>
              <w:top w:w="80" w:type="dxa"/>
              <w:left w:w="100" w:type="dxa"/>
              <w:bottom w:w="80" w:type="dxa"/>
              <w:right w:w="100" w:type="dxa"/>
            </w:tcMar>
            <w:vAlign w:val="center"/>
          </w:tcPr>
          <w:p w14:paraId="300D047D" w14:textId="77777777" w:rsidR="00F16E81" w:rsidRDefault="00000000">
            <w:pPr>
              <w:jc w:val="center"/>
            </w:pPr>
            <w:r>
              <w:rPr>
                <w:b/>
                <w:color w:val="FFFFFF"/>
                <w:sz w:val="18"/>
              </w:rPr>
              <w:t>Alan / Field</w:t>
            </w:r>
          </w:p>
        </w:tc>
        <w:tc>
          <w:tcPr>
            <w:tcW w:w="3392" w:type="dxa"/>
            <w:shd w:val="clear" w:color="auto" w:fill="3E434B"/>
            <w:tcMar>
              <w:top w:w="80" w:type="dxa"/>
              <w:left w:w="100" w:type="dxa"/>
              <w:bottom w:w="80" w:type="dxa"/>
              <w:right w:w="100" w:type="dxa"/>
            </w:tcMar>
            <w:vAlign w:val="center"/>
          </w:tcPr>
          <w:p w14:paraId="7E71F910" w14:textId="77777777" w:rsidR="00F16E81" w:rsidRDefault="00000000">
            <w:pPr>
              <w:jc w:val="center"/>
            </w:pPr>
            <w:r>
              <w:rPr>
                <w:b/>
                <w:color w:val="FFFFFF"/>
                <w:sz w:val="18"/>
              </w:rPr>
              <w:t>Bilgi / Information</w:t>
            </w:r>
          </w:p>
        </w:tc>
        <w:tc>
          <w:tcPr>
            <w:tcW w:w="3389" w:type="dxa"/>
            <w:shd w:val="clear" w:color="auto" w:fill="3E434B"/>
            <w:tcMar>
              <w:top w:w="80" w:type="dxa"/>
              <w:left w:w="100" w:type="dxa"/>
              <w:bottom w:w="80" w:type="dxa"/>
              <w:right w:w="100" w:type="dxa"/>
            </w:tcMar>
            <w:vAlign w:val="center"/>
          </w:tcPr>
          <w:p w14:paraId="756CC9DA" w14:textId="77777777" w:rsidR="00F16E81" w:rsidRDefault="00000000">
            <w:pPr>
              <w:jc w:val="center"/>
            </w:pPr>
            <w:r>
              <w:rPr>
                <w:b/>
                <w:color w:val="FFFFFF"/>
                <w:sz w:val="18"/>
              </w:rPr>
              <w:t>İmza / Signature</w:t>
            </w:r>
          </w:p>
        </w:tc>
      </w:tr>
      <w:tr w:rsidR="00F16E81" w14:paraId="31C5CD13" w14:textId="77777777" w:rsidTr="00CA2AD1">
        <w:trPr>
          <w:cantSplit/>
          <w:trHeight w:val="1077"/>
          <w:jc w:val="center"/>
        </w:trPr>
        <w:tc>
          <w:tcPr>
            <w:tcW w:w="3397" w:type="dxa"/>
            <w:tcMar>
              <w:top w:w="80" w:type="dxa"/>
              <w:left w:w="100" w:type="dxa"/>
              <w:bottom w:w="80" w:type="dxa"/>
              <w:right w:w="100" w:type="dxa"/>
            </w:tcMar>
            <w:vAlign w:val="center"/>
          </w:tcPr>
          <w:p w14:paraId="3D037DDF" w14:textId="77777777" w:rsidR="00F16E81" w:rsidRDefault="00000000">
            <w:r>
              <w:rPr>
                <w:b/>
                <w:color w:val="000000"/>
                <w:sz w:val="18"/>
              </w:rPr>
              <w:t>Sorumlu Yazar / Corresponding Author</w:t>
            </w:r>
          </w:p>
        </w:tc>
        <w:tc>
          <w:tcPr>
            <w:tcW w:w="3392" w:type="dxa"/>
            <w:tcMar>
              <w:top w:w="80" w:type="dxa"/>
              <w:left w:w="100" w:type="dxa"/>
              <w:bottom w:w="80" w:type="dxa"/>
              <w:right w:w="100" w:type="dxa"/>
            </w:tcMar>
            <w:vAlign w:val="center"/>
          </w:tcPr>
          <w:p w14:paraId="4A0097E5" w14:textId="77777777" w:rsidR="00F16E81" w:rsidRDefault="00000000">
            <w:r>
              <w:rPr>
                <w:color w:val="000000"/>
                <w:sz w:val="18"/>
              </w:rPr>
              <w:t>Ad Soyad / Full Name:</w:t>
            </w:r>
            <w:r>
              <w:br/>
            </w:r>
            <w:r>
              <w:rPr>
                <w:color w:val="000000"/>
                <w:sz w:val="18"/>
              </w:rPr>
              <w:t>Tarih / Date:</w:t>
            </w:r>
          </w:p>
        </w:tc>
        <w:tc>
          <w:tcPr>
            <w:tcW w:w="3389" w:type="dxa"/>
            <w:tcMar>
              <w:top w:w="80" w:type="dxa"/>
              <w:left w:w="100" w:type="dxa"/>
              <w:bottom w:w="80" w:type="dxa"/>
              <w:right w:w="100" w:type="dxa"/>
            </w:tcMar>
            <w:vAlign w:val="center"/>
          </w:tcPr>
          <w:p w14:paraId="13D01BC3" w14:textId="77777777" w:rsidR="00F16E81" w:rsidRDefault="00F16E81"/>
        </w:tc>
      </w:tr>
    </w:tbl>
    <w:p w14:paraId="279D0FC5" w14:textId="77777777" w:rsidR="00F16E81" w:rsidRDefault="00000000">
      <w:pPr>
        <w:spacing w:after="0" w:line="240" w:lineRule="auto"/>
      </w:pPr>
      <w:r>
        <w:rPr>
          <w:b/>
          <w:color w:val="666666"/>
          <w:sz w:val="16"/>
        </w:rPr>
        <w:t xml:space="preserve">Not: </w:t>
      </w:r>
      <w:r>
        <w:rPr>
          <w:color w:val="666666"/>
          <w:sz w:val="16"/>
        </w:rPr>
        <w:t xml:space="preserve">Bu form </w:t>
      </w:r>
      <w:proofErr w:type="spellStart"/>
      <w:r>
        <w:rPr>
          <w:color w:val="666666"/>
          <w:sz w:val="16"/>
        </w:rPr>
        <w:t>ile</w:t>
      </w:r>
      <w:proofErr w:type="spellEnd"/>
      <w:r>
        <w:rPr>
          <w:color w:val="666666"/>
          <w:sz w:val="16"/>
        </w:rPr>
        <w:t xml:space="preserve"> birlikte değerlendirme için gerekli bildiri dosyası sisteme yüklenmelidir. Özet için ayrı şablon kullanılacaktır. Eksik veya imzasız formlar değerlendirmeye alınmayabilir.</w:t>
      </w:r>
    </w:p>
    <w:sectPr w:rsidR="00F16E81" w:rsidSect="00034616">
      <w:headerReference w:type="default" r:id="rId8"/>
      <w:footerReference w:type="default" r:id="rId9"/>
      <w:pgSz w:w="11906" w:h="16838"/>
      <w:pgMar w:top="2013" w:right="964" w:bottom="822" w:left="964" w:header="312" w:footer="4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485E4" w14:textId="77777777" w:rsidR="009E6969" w:rsidRDefault="009E6969">
      <w:pPr>
        <w:spacing w:after="0" w:line="240" w:lineRule="auto"/>
      </w:pPr>
      <w:r>
        <w:separator/>
      </w:r>
    </w:p>
  </w:endnote>
  <w:endnote w:type="continuationSeparator" w:id="0">
    <w:p w14:paraId="5301C1ED" w14:textId="77777777" w:rsidR="009E6969" w:rsidRDefault="009E6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0316" w14:textId="77777777" w:rsidR="00F16E81" w:rsidRDefault="00000000">
    <w:pPr>
      <w:pStyle w:val="AltBilgi"/>
      <w:jc w:val="center"/>
    </w:pPr>
    <w:r>
      <w:rPr>
        <w:color w:val="666666"/>
        <w:sz w:val="16"/>
      </w:rPr>
      <w:t xml:space="preserve">STA </w:t>
    </w:r>
    <w:proofErr w:type="spellStart"/>
    <w:r>
      <w:rPr>
        <w:color w:val="666666"/>
        <w:sz w:val="16"/>
      </w:rPr>
      <w:t>Kongre</w:t>
    </w:r>
    <w:proofErr w:type="spellEnd"/>
    <w:r>
      <w:rPr>
        <w:color w:val="666666"/>
        <w:sz w:val="16"/>
      </w:rPr>
      <w:t xml:space="preserve"> • Sanat </w:t>
    </w:r>
    <w:proofErr w:type="spellStart"/>
    <w:r>
      <w:rPr>
        <w:color w:val="666666"/>
        <w:sz w:val="16"/>
      </w:rPr>
      <w:t>ve</w:t>
    </w:r>
    <w:proofErr w:type="spellEnd"/>
    <w:r>
      <w:rPr>
        <w:color w:val="666666"/>
        <w:sz w:val="16"/>
      </w:rPr>
      <w:t xml:space="preserve"> </w:t>
    </w:r>
    <w:proofErr w:type="spellStart"/>
    <w:r>
      <w:rPr>
        <w:color w:val="666666"/>
        <w:sz w:val="16"/>
      </w:rPr>
      <w:t>Tasarım</w:t>
    </w:r>
    <w:proofErr w:type="spellEnd"/>
    <w:r>
      <w:rPr>
        <w:color w:val="666666"/>
        <w:sz w:val="16"/>
      </w:rPr>
      <w:t xml:space="preserve"> </w:t>
    </w:r>
    <w:proofErr w:type="spellStart"/>
    <w:r>
      <w:rPr>
        <w:color w:val="666666"/>
        <w:sz w:val="16"/>
      </w:rPr>
      <w:t>Araştırmaları</w:t>
    </w:r>
    <w:proofErr w:type="spellEnd"/>
    <w:r>
      <w:rPr>
        <w:color w:val="666666"/>
        <w:sz w:val="16"/>
      </w:rPr>
      <w:t xml:space="preserve"> • </w:t>
    </w:r>
    <w:proofErr w:type="spellStart"/>
    <w:r>
      <w:rPr>
        <w:color w:val="666666"/>
        <w:sz w:val="16"/>
      </w:rPr>
      <w:t>Bildiri</w:t>
    </w:r>
    <w:proofErr w:type="spellEnd"/>
    <w:r>
      <w:rPr>
        <w:color w:val="666666"/>
        <w:sz w:val="16"/>
      </w:rPr>
      <w:t xml:space="preserve"> </w:t>
    </w:r>
    <w:proofErr w:type="spellStart"/>
    <w:r>
      <w:rPr>
        <w:color w:val="666666"/>
        <w:sz w:val="16"/>
      </w:rPr>
      <w:t>Başvuru</w:t>
    </w:r>
    <w:proofErr w:type="spellEnd"/>
    <w:r>
      <w:rPr>
        <w:color w:val="666666"/>
        <w:sz w:val="16"/>
      </w:rPr>
      <w:t xml:space="preserve"> </w:t>
    </w:r>
    <w:proofErr w:type="spellStart"/>
    <w:r>
      <w:rPr>
        <w:color w:val="666666"/>
        <w:sz w:val="16"/>
      </w:rPr>
      <w:t>ve</w:t>
    </w:r>
    <w:proofErr w:type="spellEnd"/>
    <w:r>
      <w:rPr>
        <w:color w:val="666666"/>
        <w:sz w:val="16"/>
      </w:rPr>
      <w:t xml:space="preserve"> Beyan </w:t>
    </w:r>
    <w:proofErr w:type="spellStart"/>
    <w:r>
      <w:rPr>
        <w:color w:val="666666"/>
        <w:sz w:val="16"/>
      </w:rPr>
      <w:t>Formu</w:t>
    </w:r>
    <w:proofErr w:type="spellEnd"/>
    <w:r>
      <w:rPr>
        <w:color w:val="666666"/>
        <w:sz w:val="16"/>
      </w:rPr>
      <w:t xml:space="preserve"> • STA-2026-BLD-01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1B8D1" w14:textId="77777777" w:rsidR="009E6969" w:rsidRDefault="009E6969">
      <w:pPr>
        <w:spacing w:after="0" w:line="240" w:lineRule="auto"/>
      </w:pPr>
      <w:r>
        <w:separator/>
      </w:r>
    </w:p>
  </w:footnote>
  <w:footnote w:type="continuationSeparator" w:id="0">
    <w:p w14:paraId="2D7D7786" w14:textId="77777777" w:rsidR="009E6969" w:rsidRDefault="009E69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402"/>
      <w:gridCol w:w="6576"/>
    </w:tblGrid>
    <w:tr w:rsidR="00F16E81" w14:paraId="75D1A08E" w14:textId="77777777">
      <w:trPr>
        <w:jc w:val="center"/>
      </w:trPr>
      <w:tc>
        <w:tcPr>
          <w:tcW w:w="3402" w:type="dxa"/>
          <w:tcMar>
            <w:top w:w="0" w:type="dxa"/>
            <w:left w:w="0" w:type="dxa"/>
            <w:bottom w:w="0" w:type="dxa"/>
            <w:right w:w="0" w:type="dxa"/>
          </w:tcMar>
          <w:vAlign w:val="center"/>
        </w:tcPr>
        <w:p w14:paraId="4835F10C" w14:textId="77777777" w:rsidR="00F16E81" w:rsidRDefault="00000000">
          <w:pPr>
            <w:spacing w:after="0" w:line="240" w:lineRule="auto"/>
          </w:pPr>
          <w:r>
            <w:rPr>
              <w:noProof/>
            </w:rPr>
            <w:drawing>
              <wp:inline distT="0" distB="0" distL="0" distR="0" wp14:anchorId="651FDDD7" wp14:editId="128E6DC1">
                <wp:extent cx="1925999" cy="96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925999" cy="963000"/>
                        </a:xfrm>
                        <a:prstGeom prst="rect">
                          <a:avLst/>
                        </a:prstGeom>
                      </pic:spPr>
                    </pic:pic>
                  </a:graphicData>
                </a:graphic>
              </wp:inline>
            </w:drawing>
          </w:r>
        </w:p>
      </w:tc>
      <w:tc>
        <w:tcPr>
          <w:tcW w:w="6576" w:type="dxa"/>
          <w:tcMar>
            <w:top w:w="0" w:type="dxa"/>
            <w:left w:w="0" w:type="dxa"/>
            <w:bottom w:w="0" w:type="dxa"/>
            <w:right w:w="0" w:type="dxa"/>
          </w:tcMar>
          <w:vAlign w:val="center"/>
        </w:tcPr>
        <w:p w14:paraId="586D2DCD" w14:textId="77777777" w:rsidR="00F16E81" w:rsidRDefault="00F16E81">
          <w:pPr>
            <w:spacing w:after="0"/>
          </w:pPr>
        </w:p>
        <w:tbl>
          <w:tblPr>
            <w:tblW w:w="0" w:type="auto"/>
            <w:jc w:val="center"/>
            <w:tblBorders>
              <w:top w:val="single" w:sz="4" w:space="0" w:color="C5C3BF"/>
              <w:left w:val="single" w:sz="4" w:space="0" w:color="C5C3BF"/>
              <w:bottom w:val="single" w:sz="4" w:space="0" w:color="C5C3BF"/>
              <w:right w:val="single" w:sz="4" w:space="0" w:color="C5C3BF"/>
              <w:insideH w:val="single" w:sz="4" w:space="0" w:color="C5C3BF"/>
              <w:insideV w:val="single" w:sz="4" w:space="0" w:color="C5C3BF"/>
            </w:tblBorders>
            <w:tblLayout w:type="fixed"/>
            <w:tblLook w:val="04A0" w:firstRow="1" w:lastRow="0" w:firstColumn="1" w:lastColumn="0" w:noHBand="0" w:noVBand="1"/>
          </w:tblPr>
          <w:tblGrid>
            <w:gridCol w:w="1644"/>
            <w:gridCol w:w="1644"/>
            <w:gridCol w:w="1644"/>
            <w:gridCol w:w="1644"/>
          </w:tblGrid>
          <w:tr w:rsidR="00F16E81" w14:paraId="3D3B67D9" w14:textId="77777777">
            <w:trPr>
              <w:jc w:val="center"/>
            </w:trPr>
            <w:tc>
              <w:tcPr>
                <w:tcW w:w="1644" w:type="dxa"/>
                <w:shd w:val="clear" w:color="auto" w:fill="BC4938"/>
                <w:tcMar>
                  <w:top w:w="80" w:type="dxa"/>
                  <w:left w:w="55" w:type="dxa"/>
                  <w:bottom w:w="80" w:type="dxa"/>
                  <w:right w:w="55" w:type="dxa"/>
                </w:tcMar>
                <w:vAlign w:val="center"/>
              </w:tcPr>
              <w:p w14:paraId="6F830682" w14:textId="77777777" w:rsidR="00F16E81" w:rsidRDefault="00000000">
                <w:pPr>
                  <w:spacing w:after="0" w:line="240" w:lineRule="auto"/>
                  <w:jc w:val="center"/>
                </w:pPr>
                <w:r>
                  <w:rPr>
                    <w:b/>
                    <w:color w:val="FFFFFF"/>
                    <w:sz w:val="16"/>
                  </w:rPr>
                  <w:t>Belge No</w:t>
                </w:r>
              </w:p>
            </w:tc>
            <w:tc>
              <w:tcPr>
                <w:tcW w:w="1644" w:type="dxa"/>
                <w:shd w:val="clear" w:color="auto" w:fill="BC4938"/>
                <w:tcMar>
                  <w:top w:w="80" w:type="dxa"/>
                  <w:left w:w="55" w:type="dxa"/>
                  <w:bottom w:w="80" w:type="dxa"/>
                  <w:right w:w="55" w:type="dxa"/>
                </w:tcMar>
                <w:vAlign w:val="center"/>
              </w:tcPr>
              <w:p w14:paraId="109D9ECB" w14:textId="77777777" w:rsidR="00F16E81" w:rsidRDefault="00000000">
                <w:pPr>
                  <w:spacing w:after="0" w:line="240" w:lineRule="auto"/>
                  <w:jc w:val="center"/>
                </w:pPr>
                <w:proofErr w:type="spellStart"/>
                <w:r>
                  <w:rPr>
                    <w:b/>
                    <w:color w:val="FFFFFF"/>
                    <w:sz w:val="16"/>
                  </w:rPr>
                  <w:t>Revizyon</w:t>
                </w:r>
                <w:proofErr w:type="spellEnd"/>
                <w:r>
                  <w:rPr>
                    <w:b/>
                    <w:color w:val="FFFFFF"/>
                    <w:sz w:val="16"/>
                  </w:rPr>
                  <w:t xml:space="preserve"> No</w:t>
                </w:r>
              </w:p>
            </w:tc>
            <w:tc>
              <w:tcPr>
                <w:tcW w:w="1644" w:type="dxa"/>
                <w:shd w:val="clear" w:color="auto" w:fill="BC4938"/>
                <w:tcMar>
                  <w:top w:w="80" w:type="dxa"/>
                  <w:left w:w="55" w:type="dxa"/>
                  <w:bottom w:w="80" w:type="dxa"/>
                  <w:right w:w="55" w:type="dxa"/>
                </w:tcMar>
                <w:vAlign w:val="center"/>
              </w:tcPr>
              <w:p w14:paraId="09E18513" w14:textId="77777777" w:rsidR="00F16E81" w:rsidRDefault="00000000">
                <w:pPr>
                  <w:spacing w:after="0" w:line="240" w:lineRule="auto"/>
                  <w:jc w:val="center"/>
                </w:pPr>
                <w:proofErr w:type="spellStart"/>
                <w:r>
                  <w:rPr>
                    <w:b/>
                    <w:color w:val="FFFFFF"/>
                    <w:sz w:val="16"/>
                  </w:rPr>
                  <w:t>Yayın</w:t>
                </w:r>
                <w:proofErr w:type="spellEnd"/>
                <w:r>
                  <w:rPr>
                    <w:b/>
                    <w:color w:val="FFFFFF"/>
                    <w:sz w:val="16"/>
                  </w:rPr>
                  <w:t xml:space="preserve"> </w:t>
                </w:r>
                <w:proofErr w:type="spellStart"/>
                <w:r>
                  <w:rPr>
                    <w:b/>
                    <w:color w:val="FFFFFF"/>
                    <w:sz w:val="16"/>
                  </w:rPr>
                  <w:t>Tarihi</w:t>
                </w:r>
                <w:proofErr w:type="spellEnd"/>
              </w:p>
            </w:tc>
            <w:tc>
              <w:tcPr>
                <w:tcW w:w="1644" w:type="dxa"/>
                <w:shd w:val="clear" w:color="auto" w:fill="BC4938"/>
                <w:tcMar>
                  <w:top w:w="80" w:type="dxa"/>
                  <w:left w:w="55" w:type="dxa"/>
                  <w:bottom w:w="80" w:type="dxa"/>
                  <w:right w:w="55" w:type="dxa"/>
                </w:tcMar>
                <w:vAlign w:val="center"/>
              </w:tcPr>
              <w:p w14:paraId="2BBAEDA4" w14:textId="77777777" w:rsidR="00F16E81" w:rsidRDefault="00000000">
                <w:pPr>
                  <w:spacing w:after="0" w:line="240" w:lineRule="auto"/>
                  <w:jc w:val="center"/>
                </w:pPr>
                <w:proofErr w:type="spellStart"/>
                <w:r>
                  <w:rPr>
                    <w:b/>
                    <w:color w:val="FFFFFF"/>
                    <w:sz w:val="16"/>
                  </w:rPr>
                  <w:t>Sürüm</w:t>
                </w:r>
                <w:proofErr w:type="spellEnd"/>
              </w:p>
            </w:tc>
          </w:tr>
          <w:tr w:rsidR="00F16E81" w14:paraId="68ED583C" w14:textId="77777777">
            <w:trPr>
              <w:jc w:val="center"/>
            </w:trPr>
            <w:tc>
              <w:tcPr>
                <w:tcW w:w="1644" w:type="dxa"/>
                <w:tcMar>
                  <w:top w:w="80" w:type="dxa"/>
                  <w:left w:w="55" w:type="dxa"/>
                  <w:bottom w:w="80" w:type="dxa"/>
                  <w:right w:w="55" w:type="dxa"/>
                </w:tcMar>
                <w:vAlign w:val="center"/>
              </w:tcPr>
              <w:p w14:paraId="2B0BBD4F" w14:textId="77777777" w:rsidR="00F16E81" w:rsidRDefault="00000000">
                <w:pPr>
                  <w:spacing w:after="0" w:line="240" w:lineRule="auto"/>
                  <w:jc w:val="center"/>
                </w:pPr>
                <w:r>
                  <w:rPr>
                    <w:color w:val="30353A"/>
                    <w:sz w:val="16"/>
                  </w:rPr>
                  <w:t>STA-2026-BLD-01</w:t>
                </w:r>
              </w:p>
            </w:tc>
            <w:tc>
              <w:tcPr>
                <w:tcW w:w="1644" w:type="dxa"/>
                <w:tcMar>
                  <w:top w:w="80" w:type="dxa"/>
                  <w:left w:w="55" w:type="dxa"/>
                  <w:bottom w:w="80" w:type="dxa"/>
                  <w:right w:w="55" w:type="dxa"/>
                </w:tcMar>
                <w:vAlign w:val="center"/>
              </w:tcPr>
              <w:p w14:paraId="7C6A527E" w14:textId="77777777" w:rsidR="00F16E81" w:rsidRDefault="00000000">
                <w:pPr>
                  <w:spacing w:after="0" w:line="240" w:lineRule="auto"/>
                  <w:jc w:val="center"/>
                </w:pPr>
                <w:r>
                  <w:rPr>
                    <w:color w:val="30353A"/>
                    <w:sz w:val="16"/>
                  </w:rPr>
                  <w:t>03</w:t>
                </w:r>
              </w:p>
            </w:tc>
            <w:tc>
              <w:tcPr>
                <w:tcW w:w="1644" w:type="dxa"/>
                <w:tcMar>
                  <w:top w:w="80" w:type="dxa"/>
                  <w:left w:w="55" w:type="dxa"/>
                  <w:bottom w:w="80" w:type="dxa"/>
                  <w:right w:w="55" w:type="dxa"/>
                </w:tcMar>
                <w:vAlign w:val="center"/>
              </w:tcPr>
              <w:p w14:paraId="15EBA0F7" w14:textId="77777777" w:rsidR="00F16E81" w:rsidRDefault="00000000">
                <w:pPr>
                  <w:spacing w:after="0" w:line="240" w:lineRule="auto"/>
                  <w:jc w:val="center"/>
                </w:pPr>
                <w:r>
                  <w:rPr>
                    <w:color w:val="30353A"/>
                    <w:sz w:val="16"/>
                  </w:rPr>
                  <w:t>11.10.2026</w:t>
                </w:r>
              </w:p>
            </w:tc>
            <w:tc>
              <w:tcPr>
                <w:tcW w:w="1644" w:type="dxa"/>
                <w:tcMar>
                  <w:top w:w="80" w:type="dxa"/>
                  <w:left w:w="55" w:type="dxa"/>
                  <w:bottom w:w="80" w:type="dxa"/>
                  <w:right w:w="55" w:type="dxa"/>
                </w:tcMar>
                <w:vAlign w:val="center"/>
              </w:tcPr>
              <w:p w14:paraId="0B8ADA82" w14:textId="77777777" w:rsidR="00F16E81" w:rsidRDefault="00000000">
                <w:pPr>
                  <w:spacing w:after="0" w:line="240" w:lineRule="auto"/>
                  <w:jc w:val="center"/>
                </w:pPr>
                <w:r>
                  <w:rPr>
                    <w:color w:val="30353A"/>
                    <w:sz w:val="16"/>
                  </w:rPr>
                  <w:t>v1.3</w:t>
                </w:r>
              </w:p>
            </w:tc>
          </w:tr>
        </w:tbl>
        <w:p w14:paraId="745ED9AC" w14:textId="77777777" w:rsidR="00F16E81" w:rsidRDefault="00F16E81"/>
      </w:tc>
    </w:tr>
  </w:tbl>
  <w:p w14:paraId="06095835" w14:textId="77777777" w:rsidR="00F16E81" w:rsidRDefault="00F16E81">
    <w:pPr>
      <w:pBdr>
        <w:bottom w:val="single" w:sz="5" w:space="0" w:color="C6C2BC"/>
      </w:pBdr>
      <w:spacing w:before="40" w:after="0" w:line="2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00722183">
    <w:abstractNumId w:val="8"/>
  </w:num>
  <w:num w:numId="2" w16cid:durableId="73169498">
    <w:abstractNumId w:val="6"/>
  </w:num>
  <w:num w:numId="3" w16cid:durableId="1735929602">
    <w:abstractNumId w:val="5"/>
  </w:num>
  <w:num w:numId="4" w16cid:durableId="418721084">
    <w:abstractNumId w:val="4"/>
  </w:num>
  <w:num w:numId="5" w16cid:durableId="773791596">
    <w:abstractNumId w:val="7"/>
  </w:num>
  <w:num w:numId="6" w16cid:durableId="1984693396">
    <w:abstractNumId w:val="3"/>
  </w:num>
  <w:num w:numId="7" w16cid:durableId="758480091">
    <w:abstractNumId w:val="2"/>
  </w:num>
  <w:num w:numId="8" w16cid:durableId="684215144">
    <w:abstractNumId w:val="1"/>
  </w:num>
  <w:num w:numId="9" w16cid:durableId="1269847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B71CC"/>
    <w:rsid w:val="009E6969"/>
    <w:rsid w:val="00AA1D8D"/>
    <w:rsid w:val="00B47730"/>
    <w:rsid w:val="00CA2AD1"/>
    <w:rsid w:val="00CB0664"/>
    <w:rsid w:val="00F16E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715E4"/>
  <w14:defaultImageDpi w14:val="300"/>
  <w15:docId w15:val="{E95E5854-9911-4536-9F36-27B66812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 Kongre - Bildiri Başvuru ve Beyan Formu</dc:title>
  <dc:subject>Kurumsal başvuru şablonu - sürüm 1.2</dc:subject>
  <dc:creator>python-docx</dc:creator>
  <cp:keywords/>
  <dc:description>generated by python-docx</dc:description>
  <cp:lastModifiedBy>Hakem</cp:lastModifiedBy>
  <cp:revision>2</cp:revision>
  <dcterms:created xsi:type="dcterms:W3CDTF">2013-12-23T23:15:00Z</dcterms:created>
  <dcterms:modified xsi:type="dcterms:W3CDTF">2026-10-11T20:04:00Z</dcterms:modified>
  <cp:category/>
</cp:coreProperties>
</file>